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042" w:rsidRDefault="002A0EB5" w:rsidP="00CB09FF">
      <w:pPr>
        <w:pStyle w:val="Title"/>
        <w:jc w:val="center"/>
      </w:pPr>
      <w:r>
        <w:t>PH</w:t>
      </w:r>
      <w:r>
        <w:t>Ụ</w:t>
      </w:r>
      <w:r>
        <w:t xml:space="preserve"> L</w:t>
      </w:r>
      <w:r>
        <w:t>Ụ</w:t>
      </w:r>
      <w:r>
        <w:t>C H</w:t>
      </w:r>
      <w:r>
        <w:t>Ợ</w:t>
      </w:r>
      <w:r>
        <w:t>P Đ</w:t>
      </w:r>
      <w:r>
        <w:t>Ồ</w:t>
      </w:r>
      <w:r>
        <w:t>NG THUÊ NHÀ</w:t>
      </w:r>
    </w:p>
    <w:p w:rsidR="006B5042" w:rsidRDefault="002A0EB5">
      <w:r>
        <w:br/>
        <w:t>Căn c</w:t>
      </w:r>
      <w:r>
        <w:t>ứ</w:t>
      </w:r>
      <w:r>
        <w:t xml:space="preserve"> vào H</w:t>
      </w:r>
      <w:r>
        <w:t>ợ</w:t>
      </w:r>
      <w:r>
        <w:t>p đ</w:t>
      </w:r>
      <w:r>
        <w:t>ồ</w:t>
      </w:r>
      <w:r>
        <w:t>ng thuê nhà s</w:t>
      </w:r>
      <w:r>
        <w:t>ố</w:t>
      </w:r>
      <w:r>
        <w:t>: ……./HĐTN đư</w:t>
      </w:r>
      <w:r>
        <w:t>ợ</w:t>
      </w:r>
      <w:r>
        <w:t>c ký ngày …… tháng …… năm 202… gi</w:t>
      </w:r>
      <w:r>
        <w:t>ữ</w:t>
      </w:r>
      <w:r>
        <w:t>a:</w:t>
      </w:r>
      <w:r>
        <w:br/>
      </w:r>
      <w:r>
        <w:br/>
        <w:t>BÊN A (BÊN CHO THUÊ):</w:t>
      </w:r>
      <w:r>
        <w:br/>
        <w:t>H</w:t>
      </w:r>
      <w:r>
        <w:t>ọ</w:t>
      </w:r>
      <w:r>
        <w:t xml:space="preserve"> và tên: </w:t>
      </w:r>
      <w:r>
        <w:t>........................................................................................................................</w:t>
      </w:r>
      <w:r>
        <w:br/>
        <w:t>CMND/CCCD s</w:t>
      </w:r>
      <w:r>
        <w:t>ố</w:t>
      </w:r>
      <w:r>
        <w:t>: .................................. c</w:t>
      </w:r>
      <w:r>
        <w:t>ấ</w:t>
      </w:r>
      <w:r>
        <w:t>p ngày: ................. nơi c</w:t>
      </w:r>
      <w:r>
        <w:t>ấ</w:t>
      </w:r>
      <w:r>
        <w:t>p: ................................</w:t>
      </w:r>
      <w:r>
        <w:br/>
        <w:t>Đ</w:t>
      </w:r>
      <w:r>
        <w:t>ị</w:t>
      </w:r>
      <w:r>
        <w:t>a ch</w:t>
      </w:r>
      <w:r>
        <w:t>ỉ</w:t>
      </w:r>
      <w:r>
        <w:t xml:space="preserve"> thư</w:t>
      </w:r>
      <w:r>
        <w:t>ờ</w:t>
      </w:r>
      <w:r>
        <w:t>ng t</w:t>
      </w:r>
      <w:r>
        <w:t>rú: ........................................................................................................</w:t>
      </w:r>
      <w:r>
        <w:br/>
        <w:t>Đi</w:t>
      </w:r>
      <w:r>
        <w:t>ệ</w:t>
      </w:r>
      <w:r>
        <w:t>n tho</w:t>
      </w:r>
      <w:r>
        <w:t>ạ</w:t>
      </w:r>
      <w:r>
        <w:t>i liên h</w:t>
      </w:r>
      <w:r>
        <w:t>ệ</w:t>
      </w:r>
      <w:r>
        <w:t>: .......................................................................................................</w:t>
      </w:r>
      <w:r>
        <w:br/>
      </w:r>
      <w:bookmarkStart w:id="0" w:name="_GoBack"/>
      <w:bookmarkEnd w:id="0"/>
      <w:r>
        <w:br/>
        <w:t>BÊN B (BÊN THUÊ):</w:t>
      </w:r>
      <w:r>
        <w:br/>
        <w:t>H</w:t>
      </w:r>
      <w:r>
        <w:t>ọ</w:t>
      </w:r>
      <w:r>
        <w:t xml:space="preserve"> v</w:t>
      </w:r>
      <w:r>
        <w:t>à tên: ........................................................................................................................</w:t>
      </w:r>
      <w:r>
        <w:br/>
        <w:t>CMND/CCCD s</w:t>
      </w:r>
      <w:r>
        <w:t>ố</w:t>
      </w:r>
      <w:r>
        <w:t>: .................................. c</w:t>
      </w:r>
      <w:r>
        <w:t>ấ</w:t>
      </w:r>
      <w:r>
        <w:t>p ngày: ................. nơi c</w:t>
      </w:r>
      <w:r>
        <w:t>ấ</w:t>
      </w:r>
      <w:r>
        <w:t>p: ................................</w:t>
      </w:r>
      <w:r>
        <w:br/>
        <w:t>Đ</w:t>
      </w:r>
      <w:r>
        <w:t>ị</w:t>
      </w:r>
      <w:r>
        <w:t>a ch</w:t>
      </w:r>
      <w:r>
        <w:t>ỉ</w:t>
      </w:r>
      <w:r>
        <w:t xml:space="preserve"> t</w:t>
      </w:r>
      <w:r>
        <w:t>hư</w:t>
      </w:r>
      <w:r>
        <w:t>ờ</w:t>
      </w:r>
      <w:r>
        <w:t>ng trú: ........................................................................................................</w:t>
      </w:r>
      <w:r>
        <w:br/>
        <w:t>Đi</w:t>
      </w:r>
      <w:r>
        <w:t>ệ</w:t>
      </w:r>
      <w:r>
        <w:t>n tho</w:t>
      </w:r>
      <w:r>
        <w:t>ạ</w:t>
      </w:r>
      <w:r>
        <w:t>i liên h</w:t>
      </w:r>
      <w:r>
        <w:t>ệ</w:t>
      </w:r>
      <w:r>
        <w:t>: .......................................................................................................</w:t>
      </w:r>
      <w:r>
        <w:br/>
      </w:r>
      <w:r>
        <w:br/>
        <w:t>Hai bên th</w:t>
      </w:r>
      <w:r>
        <w:t>ố</w:t>
      </w:r>
      <w:r>
        <w:t>ng n</w:t>
      </w:r>
      <w:r>
        <w:t>h</w:t>
      </w:r>
      <w:r>
        <w:t>ấ</w:t>
      </w:r>
      <w:r>
        <w:t>t ký k</w:t>
      </w:r>
      <w:r>
        <w:t>ế</w:t>
      </w:r>
      <w:r>
        <w:t>t Ph</w:t>
      </w:r>
      <w:r>
        <w:t>ụ</w:t>
      </w:r>
      <w:r>
        <w:t xml:space="preserve"> l</w:t>
      </w:r>
      <w:r>
        <w:t>ụ</w:t>
      </w:r>
      <w:r>
        <w:t>c h</w:t>
      </w:r>
      <w:r>
        <w:t>ợ</w:t>
      </w:r>
      <w:r>
        <w:t>p đ</w:t>
      </w:r>
      <w:r>
        <w:t>ồ</w:t>
      </w:r>
      <w:r>
        <w:t>ng này nh</w:t>
      </w:r>
      <w:r>
        <w:t>ằ</w:t>
      </w:r>
      <w:r>
        <w:t>m s</w:t>
      </w:r>
      <w:r>
        <w:t>ử</w:t>
      </w:r>
      <w:r>
        <w:t>a đ</w:t>
      </w:r>
      <w:r>
        <w:t>ổ</w:t>
      </w:r>
      <w:r>
        <w:t>i, b</w:t>
      </w:r>
      <w:r>
        <w:t>ổ</w:t>
      </w:r>
      <w:r>
        <w:t xml:space="preserve"> sung m</w:t>
      </w:r>
      <w:r>
        <w:t>ộ</w:t>
      </w:r>
      <w:r>
        <w:t>t s</w:t>
      </w:r>
      <w:r>
        <w:t>ố</w:t>
      </w:r>
      <w:r>
        <w:t xml:space="preserve"> n</w:t>
      </w:r>
      <w:r>
        <w:t>ộ</w:t>
      </w:r>
      <w:r>
        <w:t>i dung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 thuê nhà như sau:</w:t>
      </w:r>
      <w:r>
        <w:br/>
      </w:r>
    </w:p>
    <w:p w:rsidR="006B5042" w:rsidRDefault="002A0EB5">
      <w:r>
        <w:br/>
        <w:t>1. N</w:t>
      </w:r>
      <w:r>
        <w:t>ộ</w:t>
      </w:r>
      <w:r>
        <w:t>i dung s</w:t>
      </w:r>
      <w:r>
        <w:t>ử</w:t>
      </w:r>
      <w:r>
        <w:t>a đ</w:t>
      </w:r>
      <w:r>
        <w:t>ổ</w:t>
      </w:r>
      <w:r>
        <w:t>i, b</w:t>
      </w:r>
      <w:r>
        <w:t>ổ</w:t>
      </w:r>
      <w:r>
        <w:t xml:space="preserve"> sung:</w:t>
      </w:r>
      <w:r>
        <w:br/>
        <w:t>...........................................................................................................................</w:t>
      </w:r>
      <w:r>
        <w:t>.......................</w:t>
      </w:r>
      <w:r>
        <w:br/>
        <w:t>..................................................................................................................................................</w:t>
      </w:r>
      <w:r>
        <w:br/>
      </w:r>
      <w:r>
        <w:br/>
        <w:t>2. Th</w:t>
      </w:r>
      <w:r>
        <w:t>ờ</w:t>
      </w:r>
      <w:r>
        <w:t>i h</w:t>
      </w:r>
      <w:r>
        <w:t>ạ</w:t>
      </w:r>
      <w:r>
        <w:t>n áp d</w:t>
      </w:r>
      <w:r>
        <w:t>ụ</w:t>
      </w:r>
      <w:r>
        <w:t>ng ph</w:t>
      </w:r>
      <w:r>
        <w:t>ụ</w:t>
      </w:r>
      <w:r>
        <w:t xml:space="preserve"> l</w:t>
      </w:r>
      <w:r>
        <w:t>ụ</w:t>
      </w:r>
      <w:r>
        <w:t>c:</w:t>
      </w:r>
      <w:r>
        <w:br/>
        <w:t>Ph</w:t>
      </w:r>
      <w:r>
        <w:t>ụ</w:t>
      </w:r>
      <w:r>
        <w:t xml:space="preserve"> l</w:t>
      </w:r>
      <w:r>
        <w:t>ụ</w:t>
      </w:r>
      <w:r>
        <w:t>c này có hi</w:t>
      </w:r>
      <w:r>
        <w:t>ệ</w:t>
      </w:r>
      <w:r>
        <w:t>u l</w:t>
      </w:r>
      <w:r>
        <w:t>ự</w:t>
      </w:r>
      <w:r>
        <w:t>c k</w:t>
      </w:r>
      <w:r>
        <w:t>ể</w:t>
      </w:r>
      <w:r>
        <w:t xml:space="preserve"> t</w:t>
      </w:r>
      <w:r>
        <w:t>ừ</w:t>
      </w:r>
      <w:r>
        <w:t xml:space="preserve"> ngày ...... tháng ...... </w:t>
      </w:r>
      <w:r>
        <w:t>năm 202..., và là m</w:t>
      </w:r>
      <w:r>
        <w:t>ộ</w:t>
      </w:r>
      <w:r>
        <w:t>t ph</w:t>
      </w:r>
      <w:r>
        <w:t>ầ</w:t>
      </w:r>
      <w:r>
        <w:t>n không th</w:t>
      </w:r>
      <w:r>
        <w:t>ể</w:t>
      </w:r>
      <w:r>
        <w:t xml:space="preserve"> tách r</w:t>
      </w:r>
      <w:r>
        <w:t>ờ</w:t>
      </w:r>
      <w:r>
        <w:t>i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 thuê nhà đã ký gi</w:t>
      </w:r>
      <w:r>
        <w:t>ữ</w:t>
      </w:r>
      <w:r>
        <w:t>a hai bên.</w:t>
      </w:r>
      <w:r>
        <w:br/>
      </w:r>
      <w:r>
        <w:br/>
        <w:t>3. Các đi</w:t>
      </w:r>
      <w:r>
        <w:t>ề</w:t>
      </w:r>
      <w:r>
        <w:t>u kho</w:t>
      </w:r>
      <w:r>
        <w:t>ả</w:t>
      </w:r>
      <w:r>
        <w:t>n khác:</w:t>
      </w:r>
      <w:r>
        <w:br/>
        <w:t>- Các n</w:t>
      </w:r>
      <w:r>
        <w:t>ộ</w:t>
      </w:r>
      <w:r>
        <w:t>i dung khác không đư</w:t>
      </w:r>
      <w:r>
        <w:t>ợ</w:t>
      </w:r>
      <w:r>
        <w:t>c đ</w:t>
      </w:r>
      <w:r>
        <w:t>ề</w:t>
      </w:r>
      <w:r>
        <w:t xml:space="preserve"> c</w:t>
      </w:r>
      <w:r>
        <w:t>ậ</w:t>
      </w:r>
      <w:r>
        <w:t>p, s</w:t>
      </w:r>
      <w:r>
        <w:t>ử</w:t>
      </w:r>
      <w:r>
        <w:t>a đ</w:t>
      </w:r>
      <w:r>
        <w:t>ổ</w:t>
      </w:r>
      <w:r>
        <w:t>i trong Ph</w:t>
      </w:r>
      <w:r>
        <w:t>ụ</w:t>
      </w:r>
      <w:r>
        <w:t xml:space="preserve"> l</w:t>
      </w:r>
      <w:r>
        <w:t>ụ</w:t>
      </w:r>
      <w:r>
        <w:t>c này v</w:t>
      </w:r>
      <w:r>
        <w:t>ẫ</w:t>
      </w:r>
      <w:r>
        <w:t>n gi</w:t>
      </w:r>
      <w:r>
        <w:t>ữ</w:t>
      </w:r>
      <w:r>
        <w:t xml:space="preserve"> nguyên hi</w:t>
      </w:r>
      <w:r>
        <w:t>ệ</w:t>
      </w:r>
      <w:r>
        <w:t>u l</w:t>
      </w:r>
      <w:r>
        <w:t>ự</w:t>
      </w:r>
      <w:r>
        <w:t>c như trong H</w:t>
      </w:r>
      <w:r>
        <w:t>ợ</w:t>
      </w:r>
      <w:r>
        <w:t>p đ</w:t>
      </w:r>
      <w:r>
        <w:t>ồ</w:t>
      </w:r>
      <w:r>
        <w:t>ng thuê nhà g</w:t>
      </w:r>
      <w:r>
        <w:t>ố</w:t>
      </w:r>
      <w:r>
        <w:t>c.</w:t>
      </w:r>
      <w:r>
        <w:br/>
        <w:t>- Ph</w:t>
      </w:r>
      <w:r>
        <w:t>ụ</w:t>
      </w:r>
      <w:r>
        <w:t xml:space="preserve"> l</w:t>
      </w:r>
      <w:r>
        <w:t>ụ</w:t>
      </w:r>
      <w:r>
        <w:t>c đư</w:t>
      </w:r>
      <w:r>
        <w:t>ợ</w:t>
      </w:r>
      <w:r>
        <w:t>c l</w:t>
      </w:r>
      <w:r>
        <w:t>ậ</w:t>
      </w:r>
      <w:r>
        <w:t>p th</w:t>
      </w:r>
      <w:r>
        <w:t>ành 02 (hai) b</w:t>
      </w:r>
      <w:r>
        <w:t>ả</w:t>
      </w:r>
      <w:r>
        <w:t>n có giá tr</w:t>
      </w:r>
      <w:r>
        <w:t>ị</w:t>
      </w:r>
      <w:r>
        <w:t xml:space="preserve"> pháp lý như nhau, m</w:t>
      </w:r>
      <w:r>
        <w:t>ỗ</w:t>
      </w:r>
      <w:r>
        <w:t>i bên gi</w:t>
      </w:r>
      <w:r>
        <w:t>ữ</w:t>
      </w:r>
      <w:r>
        <w:t xml:space="preserve"> 01 (m</w:t>
      </w:r>
      <w:r>
        <w:t>ộ</w:t>
      </w:r>
      <w:r>
        <w:t>t) b</w:t>
      </w:r>
      <w:r>
        <w:t>ả</w:t>
      </w:r>
      <w:r>
        <w:t>n.</w:t>
      </w:r>
      <w:r>
        <w:br/>
      </w:r>
      <w:r>
        <w:br/>
        <w:t>Hai bên đã đ</w:t>
      </w:r>
      <w:r>
        <w:t>ọ</w:t>
      </w:r>
      <w:r>
        <w:t>c k</w:t>
      </w:r>
      <w:r>
        <w:t>ỹ</w:t>
      </w:r>
      <w:r>
        <w:t>, hi</w:t>
      </w:r>
      <w:r>
        <w:t>ể</w:t>
      </w:r>
      <w:r>
        <w:t>u rõ và đ</w:t>
      </w:r>
      <w:r>
        <w:t>ồ</w:t>
      </w:r>
      <w:r>
        <w:t>ng ý v</w:t>
      </w:r>
      <w:r>
        <w:t>ớ</w:t>
      </w:r>
      <w:r>
        <w:t>i các đi</w:t>
      </w:r>
      <w:r>
        <w:t>ề</w:t>
      </w:r>
      <w:r>
        <w:t>u kho</w:t>
      </w:r>
      <w:r>
        <w:t>ả</w:t>
      </w:r>
      <w:r>
        <w:t>n trong ph</w:t>
      </w:r>
      <w:r>
        <w:t>ụ</w:t>
      </w:r>
      <w:r>
        <w:t xml:space="preserve"> l</w:t>
      </w:r>
      <w:r>
        <w:t>ụ</w:t>
      </w:r>
      <w:r>
        <w:t>c này.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B5042">
        <w:tc>
          <w:tcPr>
            <w:tcW w:w="4320" w:type="dxa"/>
          </w:tcPr>
          <w:p w:rsidR="006B5042" w:rsidRDefault="002A0EB5">
            <w:r>
              <w:t>Đ</w:t>
            </w:r>
            <w:r>
              <w:t>Ạ</w:t>
            </w:r>
            <w:r>
              <w:t>I DI</w:t>
            </w:r>
            <w:r>
              <w:t>Ệ</w:t>
            </w:r>
            <w:r>
              <w:t>N BÊN A</w:t>
            </w:r>
            <w:r>
              <w:br/>
              <w:t>(Ký, ghi rõ h</w:t>
            </w:r>
            <w:r>
              <w:t>ọ</w:t>
            </w:r>
            <w:r>
              <w:t xml:space="preserve"> tên)</w:t>
            </w:r>
          </w:p>
        </w:tc>
        <w:tc>
          <w:tcPr>
            <w:tcW w:w="4320" w:type="dxa"/>
          </w:tcPr>
          <w:p w:rsidR="006B5042" w:rsidRDefault="002A0EB5">
            <w:r>
              <w:t>Đ</w:t>
            </w:r>
            <w:r>
              <w:t>Ạ</w:t>
            </w:r>
            <w:r>
              <w:t>I DI</w:t>
            </w:r>
            <w:r>
              <w:t>Ệ</w:t>
            </w:r>
            <w:r>
              <w:t>N BÊN B</w:t>
            </w:r>
            <w:r>
              <w:br/>
              <w:t>(Ký, ghi rõ h</w:t>
            </w:r>
            <w:r>
              <w:t>ọ</w:t>
            </w:r>
            <w:r>
              <w:t xml:space="preserve"> tên)</w:t>
            </w:r>
          </w:p>
        </w:tc>
      </w:tr>
      <w:tr w:rsidR="006B5042">
        <w:tc>
          <w:tcPr>
            <w:tcW w:w="4320" w:type="dxa"/>
          </w:tcPr>
          <w:p w:rsidR="006B5042" w:rsidRDefault="002A0EB5">
            <w:r>
              <w:br/>
            </w:r>
            <w:r>
              <w:br/>
            </w:r>
            <w:r>
              <w:lastRenderedPageBreak/>
              <w:br/>
            </w:r>
          </w:p>
        </w:tc>
        <w:tc>
          <w:tcPr>
            <w:tcW w:w="4320" w:type="dxa"/>
          </w:tcPr>
          <w:p w:rsidR="006B5042" w:rsidRDefault="002A0EB5">
            <w:r>
              <w:lastRenderedPageBreak/>
              <w:br/>
            </w:r>
            <w:r>
              <w:br/>
            </w:r>
            <w:r>
              <w:lastRenderedPageBreak/>
              <w:br/>
            </w:r>
          </w:p>
        </w:tc>
      </w:tr>
    </w:tbl>
    <w:p w:rsidR="002A0EB5" w:rsidRDefault="002A0EB5"/>
    <w:sectPr w:rsidR="002A0E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0EB5"/>
    <w:rsid w:val="00326F90"/>
    <w:rsid w:val="006B5042"/>
    <w:rsid w:val="009E5F84"/>
    <w:rsid w:val="00AA1D8D"/>
    <w:rsid w:val="00B47730"/>
    <w:rsid w:val="00CB0664"/>
    <w:rsid w:val="00CB09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C68B5D8-B14B-44F9-9940-D6C1EC6C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0AA7BF-7A57-4CD0-9186-CFD18D93C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2025-05-19T03:42:00Z</dcterms:created>
  <dcterms:modified xsi:type="dcterms:W3CDTF">2025-05-19T03:42:00Z</dcterms:modified>
  <cp:category/>
</cp:coreProperties>
</file>