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5760"/>
      </w:tblGrid>
      <w:tr w:rsidR="00D83DBB" w:rsidRPr="00244B8E" w:rsidTr="00BD6A5E">
        <w:trPr>
          <w:jc w:val="center"/>
        </w:trPr>
        <w:tc>
          <w:tcPr>
            <w:tcW w:w="3528" w:type="dxa"/>
          </w:tcPr>
          <w:p w:rsidR="00D83DBB" w:rsidRPr="00244B8E" w:rsidRDefault="00D83DBB" w:rsidP="00D83DBB">
            <w:pPr>
              <w:spacing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CÔNG TY ………</w:t>
            </w:r>
          </w:p>
          <w:p w:rsidR="00D83DBB" w:rsidRPr="00244B8E" w:rsidRDefault="00D83DBB" w:rsidP="00D83DBB">
            <w:pPr>
              <w:spacing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Số: ………/TB-……</w:t>
            </w:r>
          </w:p>
          <w:p w:rsidR="00D83DBB" w:rsidRPr="00244B8E" w:rsidRDefault="00D83DBB" w:rsidP="00D83DBB">
            <w:pPr>
              <w:spacing w:line="360" w:lineRule="auto"/>
              <w:jc w:val="center"/>
              <w:rPr>
                <w:rFonts w:ascii="Times New Roman" w:hAnsi="Times New Roman" w:cs="Times New Roman"/>
                <w:b/>
                <w:bCs/>
                <w:sz w:val="24"/>
                <w:szCs w:val="24"/>
              </w:rPr>
            </w:pPr>
          </w:p>
        </w:tc>
        <w:tc>
          <w:tcPr>
            <w:tcW w:w="5760" w:type="dxa"/>
          </w:tcPr>
          <w:p w:rsidR="00D83DBB" w:rsidRPr="00244B8E" w:rsidRDefault="00D83DBB" w:rsidP="00D83DBB">
            <w:pPr>
              <w:spacing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CỘNG HÒA XÃ HỘI CHỦ NGHĨA VIỆT NAM</w:t>
            </w:r>
            <w:r w:rsidRPr="00244B8E">
              <w:rPr>
                <w:rFonts w:ascii="Times New Roman" w:hAnsi="Times New Roman" w:cs="Times New Roman"/>
                <w:b/>
                <w:bCs/>
                <w:sz w:val="24"/>
                <w:szCs w:val="24"/>
              </w:rPr>
              <w:br/>
              <w:t>Độc lập - Tự do - Hạnh phúc</w:t>
            </w:r>
          </w:p>
          <w:p w:rsidR="00D83DBB" w:rsidRPr="00244B8E" w:rsidRDefault="00D83DBB" w:rsidP="00D83DBB">
            <w:pPr>
              <w:spacing w:line="360" w:lineRule="auto"/>
              <w:jc w:val="center"/>
              <w:rPr>
                <w:rFonts w:ascii="Times New Roman" w:hAnsi="Times New Roman" w:cs="Times New Roman"/>
                <w:b/>
                <w:bCs/>
                <w:sz w:val="24"/>
                <w:szCs w:val="24"/>
              </w:rPr>
            </w:pPr>
          </w:p>
        </w:tc>
      </w:tr>
    </w:tbl>
    <w:p w:rsidR="00D83DBB" w:rsidRPr="00244B8E" w:rsidRDefault="00D83DBB" w:rsidP="00D83DBB">
      <w:pPr>
        <w:spacing w:after="0" w:line="360" w:lineRule="auto"/>
        <w:rPr>
          <w:rFonts w:ascii="Times New Roman" w:hAnsi="Times New Roman" w:cs="Times New Roman"/>
          <w:sz w:val="24"/>
          <w:szCs w:val="24"/>
        </w:rPr>
      </w:pPr>
    </w:p>
    <w:p w:rsidR="00D83DBB" w:rsidRDefault="00D83DBB" w:rsidP="00D83DBB">
      <w:pPr>
        <w:spacing w:after="0" w:line="360" w:lineRule="auto"/>
        <w:jc w:val="right"/>
        <w:rPr>
          <w:rFonts w:ascii="Times New Roman" w:hAnsi="Times New Roman" w:cs="Times New Roman"/>
          <w:i/>
          <w:iCs/>
          <w:sz w:val="24"/>
          <w:szCs w:val="24"/>
        </w:rPr>
      </w:pPr>
      <w:r w:rsidRPr="00244B8E">
        <w:rPr>
          <w:rFonts w:ascii="Times New Roman" w:hAnsi="Times New Roman" w:cs="Times New Roman"/>
          <w:i/>
          <w:iCs/>
          <w:sz w:val="24"/>
          <w:szCs w:val="24"/>
        </w:rPr>
        <w:t>……………, ngày … tháng … năm …</w:t>
      </w:r>
    </w:p>
    <w:p w:rsidR="00D83DBB" w:rsidRPr="00244B8E" w:rsidRDefault="00D83DBB" w:rsidP="00D83DBB">
      <w:pPr>
        <w:spacing w:after="0" w:line="360" w:lineRule="auto"/>
        <w:rPr>
          <w:rFonts w:ascii="Times New Roman" w:hAnsi="Times New Roman" w:cs="Times New Roman"/>
          <w:i/>
          <w:iCs/>
          <w:sz w:val="24"/>
          <w:szCs w:val="24"/>
        </w:rPr>
      </w:pPr>
    </w:p>
    <w:p w:rsidR="00D83DBB" w:rsidRPr="00244B8E" w:rsidRDefault="00D83DBB" w:rsidP="00D83DBB">
      <w:pPr>
        <w:spacing w:after="0"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THÔNG BÁO</w:t>
      </w:r>
    </w:p>
    <w:p w:rsidR="00D83DBB" w:rsidRDefault="00D83DBB" w:rsidP="00D83DBB">
      <w:pPr>
        <w:spacing w:after="0" w:line="360" w:lineRule="auto"/>
        <w:jc w:val="center"/>
        <w:rPr>
          <w:rFonts w:ascii="Times New Roman" w:hAnsi="Times New Roman" w:cs="Times New Roman"/>
          <w:b/>
          <w:bCs/>
          <w:i/>
          <w:iCs/>
          <w:sz w:val="24"/>
          <w:szCs w:val="24"/>
        </w:rPr>
      </w:pPr>
      <w:r w:rsidRPr="00244B8E">
        <w:rPr>
          <w:rFonts w:ascii="Times New Roman" w:hAnsi="Times New Roman" w:cs="Times New Roman"/>
          <w:b/>
          <w:bCs/>
          <w:i/>
          <w:iCs/>
          <w:sz w:val="24"/>
          <w:szCs w:val="24"/>
        </w:rPr>
        <w:t>(V/v: ………………………………………….)</w:t>
      </w:r>
    </w:p>
    <w:p w:rsidR="00D83DBB" w:rsidRDefault="00D83DBB" w:rsidP="00D83DBB">
      <w:pPr>
        <w:spacing w:after="0" w:line="360" w:lineRule="auto"/>
        <w:rPr>
          <w:rFonts w:ascii="Times New Roman" w:hAnsi="Times New Roman" w:cs="Times New Roman"/>
          <w:sz w:val="24"/>
          <w:szCs w:val="24"/>
        </w:rPr>
      </w:pPr>
    </w:p>
    <w:p w:rsidR="00D77490" w:rsidRPr="00D83DBB" w:rsidRDefault="00000000" w:rsidP="00D83DBB">
      <w:pPr>
        <w:spacing w:after="0" w:line="360" w:lineRule="auto"/>
        <w:jc w:val="center"/>
        <w:rPr>
          <w:rFonts w:ascii="Times New Roman" w:hAnsi="Times New Roman" w:cs="Times New Roman"/>
          <w:sz w:val="24"/>
          <w:szCs w:val="24"/>
        </w:rPr>
      </w:pPr>
      <w:r w:rsidRPr="00D83DBB">
        <w:rPr>
          <w:rFonts w:ascii="Times New Roman" w:hAnsi="Times New Roman" w:cs="Times New Roman"/>
          <w:sz w:val="24"/>
          <w:szCs w:val="24"/>
        </w:rPr>
        <w:t>Kính gửi: Quý Khách hàng</w:t>
      </w:r>
    </w:p>
    <w:p w:rsidR="00D77490" w:rsidRPr="00D83DBB" w:rsidRDefault="00000000" w:rsidP="00D83DBB">
      <w:pPr>
        <w:spacing w:after="0" w:line="360" w:lineRule="auto"/>
        <w:rPr>
          <w:rFonts w:ascii="Times New Roman" w:hAnsi="Times New Roman" w:cs="Times New Roman"/>
          <w:sz w:val="24"/>
          <w:szCs w:val="24"/>
        </w:rPr>
      </w:pPr>
      <w:r w:rsidRPr="00D83DBB">
        <w:rPr>
          <w:rFonts w:ascii="Times New Roman" w:hAnsi="Times New Roman" w:cs="Times New Roman"/>
          <w:sz w:val="24"/>
          <w:szCs w:val="24"/>
        </w:rPr>
        <w:t>Trước tiên, Công ty ……… xin gửi lời cảm ơn chân thành tới Quý Khách hàng đã tin tưởng và đồng hành cùng chúng tôi trong suốt thời gian qua.</w:t>
      </w:r>
    </w:p>
    <w:p w:rsidR="00D77490" w:rsidRPr="00D83DBB" w:rsidRDefault="00000000" w:rsidP="00D83DBB">
      <w:pPr>
        <w:spacing w:after="0" w:line="360" w:lineRule="auto"/>
        <w:rPr>
          <w:rFonts w:ascii="Times New Roman" w:hAnsi="Times New Roman" w:cs="Times New Roman"/>
          <w:sz w:val="24"/>
          <w:szCs w:val="24"/>
        </w:rPr>
      </w:pPr>
      <w:r w:rsidRPr="00D83DBB">
        <w:rPr>
          <w:rFonts w:ascii="Times New Roman" w:hAnsi="Times New Roman" w:cs="Times New Roman"/>
          <w:sz w:val="24"/>
          <w:szCs w:val="24"/>
        </w:rPr>
        <w:t>Nhằm ………………………………… (nêu lý do), chúng tôi xin trân trọng thông báo đến Quý Khách hàng về nội dung sau:</w:t>
      </w:r>
    </w:p>
    <w:p w:rsidR="00D77490" w:rsidRPr="00D83DBB" w:rsidRDefault="00000000" w:rsidP="00D83DBB">
      <w:pPr>
        <w:spacing w:after="0" w:line="360" w:lineRule="auto"/>
        <w:rPr>
          <w:rFonts w:ascii="Times New Roman" w:hAnsi="Times New Roman" w:cs="Times New Roman"/>
          <w:sz w:val="24"/>
          <w:szCs w:val="24"/>
        </w:rPr>
      </w:pPr>
      <w:r w:rsidRPr="00D83DBB">
        <w:rPr>
          <w:rFonts w:ascii="Times New Roman" w:hAnsi="Times New Roman" w:cs="Times New Roman"/>
          <w:sz w:val="24"/>
          <w:szCs w:val="24"/>
        </w:rPr>
        <w:t>1. Nội dung thông báo:</w:t>
      </w:r>
      <w:r w:rsidRPr="00D83DBB">
        <w:rPr>
          <w:rFonts w:ascii="Times New Roman" w:hAnsi="Times New Roman" w:cs="Times New Roman"/>
          <w:sz w:val="24"/>
          <w:szCs w:val="24"/>
        </w:rPr>
        <w:br/>
        <w:t>…………………………………………………………………………………………………………</w:t>
      </w:r>
    </w:p>
    <w:p w:rsidR="00D77490" w:rsidRPr="00D83DBB" w:rsidRDefault="00000000" w:rsidP="00D83DBB">
      <w:pPr>
        <w:spacing w:after="0" w:line="360" w:lineRule="auto"/>
        <w:rPr>
          <w:rFonts w:ascii="Times New Roman" w:hAnsi="Times New Roman" w:cs="Times New Roman"/>
          <w:sz w:val="24"/>
          <w:szCs w:val="24"/>
        </w:rPr>
      </w:pPr>
      <w:r w:rsidRPr="00D83DBB">
        <w:rPr>
          <w:rFonts w:ascii="Times New Roman" w:hAnsi="Times New Roman" w:cs="Times New Roman"/>
          <w:sz w:val="24"/>
          <w:szCs w:val="24"/>
        </w:rPr>
        <w:t>2. Thời gian áp dụng:</w:t>
      </w:r>
      <w:r w:rsidRPr="00D83DBB">
        <w:rPr>
          <w:rFonts w:ascii="Times New Roman" w:hAnsi="Times New Roman" w:cs="Times New Roman"/>
          <w:sz w:val="24"/>
          <w:szCs w:val="24"/>
        </w:rPr>
        <w:br/>
        <w:t>…………………………………………………………………………………………………………</w:t>
      </w:r>
    </w:p>
    <w:p w:rsidR="00D77490" w:rsidRPr="00D83DBB" w:rsidRDefault="00000000" w:rsidP="00D83DBB">
      <w:pPr>
        <w:spacing w:after="0" w:line="360" w:lineRule="auto"/>
        <w:rPr>
          <w:rFonts w:ascii="Times New Roman" w:hAnsi="Times New Roman" w:cs="Times New Roman"/>
          <w:sz w:val="24"/>
          <w:szCs w:val="24"/>
        </w:rPr>
      </w:pPr>
      <w:r w:rsidRPr="00D83DBB">
        <w:rPr>
          <w:rFonts w:ascii="Times New Roman" w:hAnsi="Times New Roman" w:cs="Times New Roman"/>
          <w:sz w:val="24"/>
          <w:szCs w:val="24"/>
        </w:rPr>
        <w:t>3. Thông tin liên hệ hỗ trợ:</w:t>
      </w:r>
      <w:r w:rsidRPr="00D83DBB">
        <w:rPr>
          <w:rFonts w:ascii="Times New Roman" w:hAnsi="Times New Roman" w:cs="Times New Roman"/>
          <w:sz w:val="24"/>
          <w:szCs w:val="24"/>
        </w:rPr>
        <w:br/>
        <w:t>…………………………………………………………………………………………………………</w:t>
      </w:r>
    </w:p>
    <w:p w:rsidR="00D77490" w:rsidRPr="00D83DBB" w:rsidRDefault="00000000" w:rsidP="00D83DBB">
      <w:pPr>
        <w:spacing w:after="0" w:line="360" w:lineRule="auto"/>
        <w:rPr>
          <w:rFonts w:ascii="Times New Roman" w:hAnsi="Times New Roman" w:cs="Times New Roman"/>
          <w:sz w:val="24"/>
          <w:szCs w:val="24"/>
        </w:rPr>
      </w:pPr>
      <w:r w:rsidRPr="00D83DBB">
        <w:rPr>
          <w:rFonts w:ascii="Times New Roman" w:hAnsi="Times New Roman" w:cs="Times New Roman"/>
          <w:sz w:val="24"/>
          <w:szCs w:val="24"/>
        </w:rPr>
        <w:t>Chúng tôi rất mong tiếp tục nhận được sự ủng hộ và hợp tác của Quý Khách hàng. Nếu có bất kỳ thắc mắc hay cần hỗ trợ, xin vui lòng liên hệ với chúng tôi qua ………… để được giải đáp.</w:t>
      </w:r>
    </w:p>
    <w:p w:rsidR="00D77490" w:rsidRDefault="00000000" w:rsidP="00D83DBB">
      <w:pPr>
        <w:spacing w:after="0" w:line="360" w:lineRule="auto"/>
        <w:rPr>
          <w:rFonts w:ascii="Times New Roman" w:hAnsi="Times New Roman" w:cs="Times New Roman"/>
          <w:sz w:val="24"/>
          <w:szCs w:val="24"/>
        </w:rPr>
      </w:pPr>
      <w:r w:rsidRPr="00D83DBB">
        <w:rPr>
          <w:rFonts w:ascii="Times New Roman" w:hAnsi="Times New Roman" w:cs="Times New Roman"/>
          <w:sz w:val="24"/>
          <w:szCs w:val="24"/>
        </w:rPr>
        <w:t>Xin trân trọng thông báo và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D83DBB" w:rsidTr="00D83DBB">
        <w:tc>
          <w:tcPr>
            <w:tcW w:w="4428" w:type="dxa"/>
          </w:tcPr>
          <w:p w:rsidR="00D83DBB" w:rsidRDefault="00D83DBB" w:rsidP="00D83DBB">
            <w:pPr>
              <w:spacing w:line="360" w:lineRule="auto"/>
              <w:rPr>
                <w:rFonts w:ascii="Times New Roman" w:hAnsi="Times New Roman" w:cs="Times New Roman"/>
                <w:sz w:val="24"/>
                <w:szCs w:val="24"/>
              </w:rPr>
            </w:pPr>
          </w:p>
        </w:tc>
        <w:tc>
          <w:tcPr>
            <w:tcW w:w="4428" w:type="dxa"/>
          </w:tcPr>
          <w:p w:rsidR="00D83DBB" w:rsidRPr="00D83DBB" w:rsidRDefault="00D83DBB" w:rsidP="00D83DBB">
            <w:pPr>
              <w:spacing w:line="360" w:lineRule="auto"/>
              <w:jc w:val="center"/>
              <w:rPr>
                <w:rFonts w:ascii="Times New Roman" w:hAnsi="Times New Roman" w:cs="Times New Roman"/>
                <w:i/>
                <w:iCs/>
                <w:sz w:val="24"/>
                <w:szCs w:val="24"/>
              </w:rPr>
            </w:pPr>
            <w:r w:rsidRPr="00D83DBB">
              <w:rPr>
                <w:rFonts w:ascii="Times New Roman" w:hAnsi="Times New Roman" w:cs="Times New Roman"/>
                <w:b/>
                <w:bCs/>
                <w:sz w:val="24"/>
                <w:szCs w:val="24"/>
              </w:rPr>
              <w:t>ĐẠI DIỆN CÔNG TY</w:t>
            </w:r>
            <w:r w:rsidRPr="00D83DBB">
              <w:rPr>
                <w:rFonts w:ascii="Times New Roman" w:hAnsi="Times New Roman" w:cs="Times New Roman"/>
                <w:b/>
                <w:bCs/>
                <w:sz w:val="24"/>
                <w:szCs w:val="24"/>
              </w:rPr>
              <w:br/>
              <w:t>Chức danh: …………………</w:t>
            </w:r>
            <w:r w:rsidRPr="00D83DBB">
              <w:rPr>
                <w:rFonts w:ascii="Times New Roman" w:hAnsi="Times New Roman" w:cs="Times New Roman"/>
                <w:sz w:val="24"/>
                <w:szCs w:val="24"/>
              </w:rPr>
              <w:br/>
            </w:r>
            <w:r w:rsidRPr="00D83DBB">
              <w:rPr>
                <w:rFonts w:ascii="Times New Roman" w:hAnsi="Times New Roman" w:cs="Times New Roman"/>
                <w:i/>
                <w:iCs/>
                <w:sz w:val="24"/>
                <w:szCs w:val="24"/>
              </w:rPr>
              <w:t>(Ký tên, đóng dấu)</w:t>
            </w:r>
          </w:p>
          <w:p w:rsidR="00D83DBB" w:rsidRDefault="00D83DBB" w:rsidP="00D83DBB">
            <w:pPr>
              <w:spacing w:line="360" w:lineRule="auto"/>
              <w:rPr>
                <w:rFonts w:ascii="Times New Roman" w:hAnsi="Times New Roman" w:cs="Times New Roman"/>
                <w:sz w:val="24"/>
                <w:szCs w:val="24"/>
              </w:rPr>
            </w:pPr>
          </w:p>
        </w:tc>
      </w:tr>
    </w:tbl>
    <w:p w:rsidR="00D83DBB" w:rsidRPr="00D83DBB" w:rsidRDefault="00D83DBB" w:rsidP="00D83DBB">
      <w:pPr>
        <w:spacing w:after="0" w:line="360" w:lineRule="auto"/>
        <w:rPr>
          <w:rFonts w:ascii="Times New Roman" w:hAnsi="Times New Roman" w:cs="Times New Roman"/>
          <w:sz w:val="24"/>
          <w:szCs w:val="24"/>
        </w:rPr>
      </w:pPr>
    </w:p>
    <w:sectPr w:rsidR="00D83DBB" w:rsidRPr="00D83DB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2725172">
    <w:abstractNumId w:val="8"/>
  </w:num>
  <w:num w:numId="2" w16cid:durableId="1079525049">
    <w:abstractNumId w:val="6"/>
  </w:num>
  <w:num w:numId="3" w16cid:durableId="445194103">
    <w:abstractNumId w:val="5"/>
  </w:num>
  <w:num w:numId="4" w16cid:durableId="1691564632">
    <w:abstractNumId w:val="4"/>
  </w:num>
  <w:num w:numId="5" w16cid:durableId="1410998473">
    <w:abstractNumId w:val="7"/>
  </w:num>
  <w:num w:numId="6" w16cid:durableId="1768042711">
    <w:abstractNumId w:val="3"/>
  </w:num>
  <w:num w:numId="7" w16cid:durableId="730427308">
    <w:abstractNumId w:val="2"/>
  </w:num>
  <w:num w:numId="8" w16cid:durableId="835152885">
    <w:abstractNumId w:val="1"/>
  </w:num>
  <w:num w:numId="9" w16cid:durableId="1404989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B09"/>
    <w:rsid w:val="0015074B"/>
    <w:rsid w:val="0029639D"/>
    <w:rsid w:val="00326F90"/>
    <w:rsid w:val="00AA1D8D"/>
    <w:rsid w:val="00B47730"/>
    <w:rsid w:val="00CB0664"/>
    <w:rsid w:val="00D77490"/>
    <w:rsid w:val="00D83D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4C079"/>
  <w14:defaultImageDpi w14:val="300"/>
  <w15:docId w15:val="{3845BDB8-78D1-477C-A51F-2B07AA08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134</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2025-03-26T06:50:00Z</dcterms:modified>
  <cp:category/>
</cp:coreProperties>
</file>