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5760"/>
      </w:tblGrid>
      <w:tr w:rsidR="00244B8E" w:rsidRPr="00244B8E" w:rsidTr="00244B8E">
        <w:trPr>
          <w:jc w:val="center"/>
        </w:trPr>
        <w:tc>
          <w:tcPr>
            <w:tcW w:w="3528" w:type="dxa"/>
          </w:tcPr>
          <w:p w:rsidR="00244B8E" w:rsidRPr="00244B8E" w:rsidRDefault="00244B8E" w:rsidP="00244B8E">
            <w:pPr>
              <w:spacing w:line="360" w:lineRule="auto"/>
              <w:jc w:val="center"/>
              <w:rPr>
                <w:rFonts w:ascii="Times New Roman" w:hAnsi="Times New Roman" w:cs="Times New Roman"/>
                <w:b/>
                <w:bCs/>
                <w:sz w:val="24"/>
                <w:szCs w:val="24"/>
              </w:rPr>
            </w:pPr>
            <w:r w:rsidRPr="00244B8E">
              <w:rPr>
                <w:rFonts w:ascii="Times New Roman" w:hAnsi="Times New Roman" w:cs="Times New Roman"/>
                <w:b/>
                <w:bCs/>
                <w:sz w:val="24"/>
                <w:szCs w:val="24"/>
              </w:rPr>
              <w:t>CÔNG TY ………</w:t>
            </w:r>
          </w:p>
          <w:p w:rsidR="00244B8E" w:rsidRPr="00244B8E" w:rsidRDefault="00244B8E" w:rsidP="00244B8E">
            <w:pPr>
              <w:spacing w:line="360" w:lineRule="auto"/>
              <w:jc w:val="center"/>
              <w:rPr>
                <w:rFonts w:ascii="Times New Roman" w:hAnsi="Times New Roman" w:cs="Times New Roman"/>
                <w:b/>
                <w:bCs/>
                <w:sz w:val="24"/>
                <w:szCs w:val="24"/>
              </w:rPr>
            </w:pPr>
            <w:r w:rsidRPr="00244B8E">
              <w:rPr>
                <w:rFonts w:ascii="Times New Roman" w:hAnsi="Times New Roman" w:cs="Times New Roman"/>
                <w:b/>
                <w:bCs/>
                <w:sz w:val="24"/>
                <w:szCs w:val="24"/>
              </w:rPr>
              <w:t>Số: ………/TB-……</w:t>
            </w:r>
          </w:p>
          <w:p w:rsidR="00244B8E" w:rsidRPr="00244B8E" w:rsidRDefault="00244B8E" w:rsidP="00244B8E">
            <w:pPr>
              <w:spacing w:line="360" w:lineRule="auto"/>
              <w:jc w:val="center"/>
              <w:rPr>
                <w:rFonts w:ascii="Times New Roman" w:hAnsi="Times New Roman" w:cs="Times New Roman"/>
                <w:b/>
                <w:bCs/>
                <w:sz w:val="24"/>
                <w:szCs w:val="24"/>
              </w:rPr>
            </w:pPr>
          </w:p>
        </w:tc>
        <w:tc>
          <w:tcPr>
            <w:tcW w:w="5760" w:type="dxa"/>
          </w:tcPr>
          <w:p w:rsidR="00244B8E" w:rsidRPr="00244B8E" w:rsidRDefault="00244B8E" w:rsidP="00244B8E">
            <w:pPr>
              <w:spacing w:line="360" w:lineRule="auto"/>
              <w:jc w:val="center"/>
              <w:rPr>
                <w:rFonts w:ascii="Times New Roman" w:hAnsi="Times New Roman" w:cs="Times New Roman"/>
                <w:b/>
                <w:bCs/>
                <w:sz w:val="24"/>
                <w:szCs w:val="24"/>
              </w:rPr>
            </w:pPr>
            <w:r w:rsidRPr="00244B8E">
              <w:rPr>
                <w:rFonts w:ascii="Times New Roman" w:hAnsi="Times New Roman" w:cs="Times New Roman"/>
                <w:b/>
                <w:bCs/>
                <w:sz w:val="24"/>
                <w:szCs w:val="24"/>
              </w:rPr>
              <w:t>CỘNG HÒA XÃ HỘI CHỦ NGHĨA VIỆT NAM</w:t>
            </w:r>
            <w:r w:rsidRPr="00244B8E">
              <w:rPr>
                <w:rFonts w:ascii="Times New Roman" w:hAnsi="Times New Roman" w:cs="Times New Roman"/>
                <w:b/>
                <w:bCs/>
                <w:sz w:val="24"/>
                <w:szCs w:val="24"/>
              </w:rPr>
              <w:br/>
              <w:t>Độc lập - Tự do - Hạnh phúc</w:t>
            </w:r>
          </w:p>
          <w:p w:rsidR="00244B8E" w:rsidRPr="00244B8E" w:rsidRDefault="00244B8E" w:rsidP="00244B8E">
            <w:pPr>
              <w:spacing w:line="360" w:lineRule="auto"/>
              <w:jc w:val="center"/>
              <w:rPr>
                <w:rFonts w:ascii="Times New Roman" w:hAnsi="Times New Roman" w:cs="Times New Roman"/>
                <w:b/>
                <w:bCs/>
                <w:sz w:val="24"/>
                <w:szCs w:val="24"/>
              </w:rPr>
            </w:pPr>
          </w:p>
        </w:tc>
      </w:tr>
    </w:tbl>
    <w:p w:rsidR="00244B8E" w:rsidRPr="00244B8E" w:rsidRDefault="00244B8E" w:rsidP="00244B8E">
      <w:pPr>
        <w:spacing w:after="0" w:line="360" w:lineRule="auto"/>
        <w:rPr>
          <w:rFonts w:ascii="Times New Roman" w:hAnsi="Times New Roman" w:cs="Times New Roman"/>
          <w:sz w:val="24"/>
          <w:szCs w:val="24"/>
        </w:rPr>
      </w:pPr>
    </w:p>
    <w:p w:rsidR="00FE6698" w:rsidRDefault="00000000" w:rsidP="00244B8E">
      <w:pPr>
        <w:spacing w:after="0" w:line="360" w:lineRule="auto"/>
        <w:jc w:val="right"/>
        <w:rPr>
          <w:rFonts w:ascii="Times New Roman" w:hAnsi="Times New Roman" w:cs="Times New Roman"/>
          <w:i/>
          <w:iCs/>
          <w:sz w:val="24"/>
          <w:szCs w:val="24"/>
        </w:rPr>
      </w:pPr>
      <w:r w:rsidRPr="00244B8E">
        <w:rPr>
          <w:rFonts w:ascii="Times New Roman" w:hAnsi="Times New Roman" w:cs="Times New Roman"/>
          <w:i/>
          <w:iCs/>
          <w:sz w:val="24"/>
          <w:szCs w:val="24"/>
        </w:rPr>
        <w:t>……………, ngày … tháng … năm …</w:t>
      </w:r>
    </w:p>
    <w:p w:rsidR="00244B8E" w:rsidRPr="00244B8E" w:rsidRDefault="00244B8E" w:rsidP="00244B8E">
      <w:pPr>
        <w:spacing w:after="0" w:line="360" w:lineRule="auto"/>
        <w:jc w:val="right"/>
        <w:rPr>
          <w:rFonts w:ascii="Times New Roman" w:hAnsi="Times New Roman" w:cs="Times New Roman"/>
          <w:i/>
          <w:iCs/>
          <w:sz w:val="24"/>
          <w:szCs w:val="24"/>
        </w:rPr>
      </w:pPr>
    </w:p>
    <w:p w:rsidR="00FE6698" w:rsidRPr="00244B8E" w:rsidRDefault="00000000" w:rsidP="00244B8E">
      <w:pPr>
        <w:spacing w:after="0" w:line="360" w:lineRule="auto"/>
        <w:jc w:val="center"/>
        <w:rPr>
          <w:rFonts w:ascii="Times New Roman" w:hAnsi="Times New Roman" w:cs="Times New Roman"/>
          <w:b/>
          <w:bCs/>
          <w:sz w:val="24"/>
          <w:szCs w:val="24"/>
        </w:rPr>
      </w:pPr>
      <w:r w:rsidRPr="00244B8E">
        <w:rPr>
          <w:rFonts w:ascii="Times New Roman" w:hAnsi="Times New Roman" w:cs="Times New Roman"/>
          <w:b/>
          <w:bCs/>
          <w:sz w:val="24"/>
          <w:szCs w:val="24"/>
        </w:rPr>
        <w:t>THÔNG BÁO</w:t>
      </w:r>
    </w:p>
    <w:p w:rsidR="00FE6698" w:rsidRDefault="00000000" w:rsidP="00244B8E">
      <w:pPr>
        <w:spacing w:after="0" w:line="360" w:lineRule="auto"/>
        <w:jc w:val="center"/>
        <w:rPr>
          <w:rFonts w:ascii="Times New Roman" w:hAnsi="Times New Roman" w:cs="Times New Roman"/>
          <w:b/>
          <w:bCs/>
          <w:i/>
          <w:iCs/>
          <w:sz w:val="24"/>
          <w:szCs w:val="24"/>
        </w:rPr>
      </w:pPr>
      <w:r w:rsidRPr="00244B8E">
        <w:rPr>
          <w:rFonts w:ascii="Times New Roman" w:hAnsi="Times New Roman" w:cs="Times New Roman"/>
          <w:b/>
          <w:bCs/>
          <w:i/>
          <w:iCs/>
          <w:sz w:val="24"/>
          <w:szCs w:val="24"/>
        </w:rPr>
        <w:t>(V/v: ………………………………………….)</w:t>
      </w:r>
    </w:p>
    <w:p w:rsidR="00244B8E" w:rsidRPr="00244B8E" w:rsidRDefault="00244B8E" w:rsidP="00244B8E">
      <w:pPr>
        <w:spacing w:after="0" w:line="360" w:lineRule="auto"/>
        <w:jc w:val="center"/>
        <w:rPr>
          <w:rFonts w:ascii="Times New Roman" w:hAnsi="Times New Roman" w:cs="Times New Roman"/>
          <w:b/>
          <w:bCs/>
          <w:i/>
          <w:iCs/>
          <w:sz w:val="24"/>
          <w:szCs w:val="24"/>
        </w:rPr>
      </w:pPr>
    </w:p>
    <w:p w:rsidR="00FE6698" w:rsidRPr="00244B8E" w:rsidRDefault="00000000" w:rsidP="00244B8E">
      <w:pPr>
        <w:spacing w:after="0" w:line="360" w:lineRule="auto"/>
        <w:jc w:val="center"/>
        <w:rPr>
          <w:rFonts w:ascii="Times New Roman" w:hAnsi="Times New Roman" w:cs="Times New Roman"/>
          <w:sz w:val="24"/>
          <w:szCs w:val="24"/>
        </w:rPr>
      </w:pPr>
      <w:r w:rsidRPr="00244B8E">
        <w:rPr>
          <w:rFonts w:ascii="Times New Roman" w:hAnsi="Times New Roman" w:cs="Times New Roman"/>
          <w:sz w:val="24"/>
          <w:szCs w:val="24"/>
        </w:rPr>
        <w:t>Kính gửi: Toàn thể cán bộ, nhân viên (hoặc các đối tượng khác nếu cần)</w:t>
      </w:r>
    </w:p>
    <w:p w:rsidR="00FE6698" w:rsidRPr="00244B8E" w:rsidRDefault="00000000" w:rsidP="00244B8E">
      <w:pPr>
        <w:spacing w:after="0" w:line="360" w:lineRule="auto"/>
        <w:rPr>
          <w:rFonts w:ascii="Times New Roman" w:hAnsi="Times New Roman" w:cs="Times New Roman"/>
          <w:sz w:val="24"/>
          <w:szCs w:val="24"/>
        </w:rPr>
      </w:pPr>
      <w:r w:rsidRPr="00244B8E">
        <w:rPr>
          <w:rFonts w:ascii="Times New Roman" w:hAnsi="Times New Roman" w:cs="Times New Roman"/>
          <w:sz w:val="24"/>
          <w:szCs w:val="24"/>
        </w:rPr>
        <w:t>Căn cứ vào tình hình hoạt động của công ty và nhu cầu thực tế, Ban lãnh đạo Công ty ……… thông báo đến toàn thể cán bộ, nhân viên (hoặc đối tượng nhận thông báo) một số nội dung sau:</w:t>
      </w:r>
    </w:p>
    <w:p w:rsidR="00FE6698" w:rsidRPr="00244B8E" w:rsidRDefault="00000000" w:rsidP="00244B8E">
      <w:pPr>
        <w:spacing w:after="0" w:line="360" w:lineRule="auto"/>
        <w:rPr>
          <w:rFonts w:ascii="Times New Roman" w:hAnsi="Times New Roman" w:cs="Times New Roman"/>
          <w:sz w:val="24"/>
          <w:szCs w:val="24"/>
        </w:rPr>
      </w:pPr>
      <w:r w:rsidRPr="00244B8E">
        <w:rPr>
          <w:rFonts w:ascii="Times New Roman" w:hAnsi="Times New Roman" w:cs="Times New Roman"/>
          <w:sz w:val="24"/>
          <w:szCs w:val="24"/>
        </w:rPr>
        <w:t>1. Nội dung thông báo:</w:t>
      </w:r>
      <w:r w:rsidRPr="00244B8E">
        <w:rPr>
          <w:rFonts w:ascii="Times New Roman" w:hAnsi="Times New Roman" w:cs="Times New Roman"/>
          <w:sz w:val="24"/>
          <w:szCs w:val="24"/>
        </w:rPr>
        <w:br/>
        <w:t>…………………………………………………………………………………………………………</w:t>
      </w:r>
    </w:p>
    <w:p w:rsidR="00FE6698" w:rsidRPr="00244B8E" w:rsidRDefault="00000000" w:rsidP="00244B8E">
      <w:pPr>
        <w:spacing w:after="0" w:line="360" w:lineRule="auto"/>
        <w:rPr>
          <w:rFonts w:ascii="Times New Roman" w:hAnsi="Times New Roman" w:cs="Times New Roman"/>
          <w:sz w:val="24"/>
          <w:szCs w:val="24"/>
        </w:rPr>
      </w:pPr>
      <w:r w:rsidRPr="00244B8E">
        <w:rPr>
          <w:rFonts w:ascii="Times New Roman" w:hAnsi="Times New Roman" w:cs="Times New Roman"/>
          <w:sz w:val="24"/>
          <w:szCs w:val="24"/>
        </w:rPr>
        <w:t>2. Thời gian thực hiện:</w:t>
      </w:r>
      <w:r w:rsidRPr="00244B8E">
        <w:rPr>
          <w:rFonts w:ascii="Times New Roman" w:hAnsi="Times New Roman" w:cs="Times New Roman"/>
          <w:sz w:val="24"/>
          <w:szCs w:val="24"/>
        </w:rPr>
        <w:br/>
        <w:t>…………………………………………………………………………………………………………</w:t>
      </w:r>
    </w:p>
    <w:p w:rsidR="00FE6698" w:rsidRPr="00244B8E" w:rsidRDefault="00000000" w:rsidP="00244B8E">
      <w:pPr>
        <w:spacing w:after="0" w:line="360" w:lineRule="auto"/>
        <w:rPr>
          <w:rFonts w:ascii="Times New Roman" w:hAnsi="Times New Roman" w:cs="Times New Roman"/>
          <w:sz w:val="24"/>
          <w:szCs w:val="24"/>
        </w:rPr>
      </w:pPr>
      <w:r w:rsidRPr="00244B8E">
        <w:rPr>
          <w:rFonts w:ascii="Times New Roman" w:hAnsi="Times New Roman" w:cs="Times New Roman"/>
          <w:sz w:val="24"/>
          <w:szCs w:val="24"/>
        </w:rPr>
        <w:t>3. Các yêu cầu và lưu ý:</w:t>
      </w:r>
      <w:r w:rsidRPr="00244B8E">
        <w:rPr>
          <w:rFonts w:ascii="Times New Roman" w:hAnsi="Times New Roman" w:cs="Times New Roman"/>
          <w:sz w:val="24"/>
          <w:szCs w:val="24"/>
        </w:rPr>
        <w:br/>
        <w:t>…………………………………………………………………………………………………………</w:t>
      </w:r>
    </w:p>
    <w:p w:rsidR="00FE6698" w:rsidRPr="00244B8E" w:rsidRDefault="00000000" w:rsidP="00244B8E">
      <w:pPr>
        <w:spacing w:after="0" w:line="360" w:lineRule="auto"/>
        <w:rPr>
          <w:rFonts w:ascii="Times New Roman" w:hAnsi="Times New Roman" w:cs="Times New Roman"/>
          <w:sz w:val="24"/>
          <w:szCs w:val="24"/>
        </w:rPr>
      </w:pPr>
      <w:r w:rsidRPr="00244B8E">
        <w:rPr>
          <w:rFonts w:ascii="Times New Roman" w:hAnsi="Times New Roman" w:cs="Times New Roman"/>
          <w:sz w:val="24"/>
          <w:szCs w:val="24"/>
        </w:rPr>
        <w:t>Đề nghị tất cả các bộ phận, cá nhân nghiêm túc thực hiện theo nội dung thông báo. Mọi thắc mắc vui lòng liên hệ ………… để được giải đáp và hướng dẫn cụ thể.</w:t>
      </w:r>
    </w:p>
    <w:p w:rsidR="00FE6698" w:rsidRPr="00244B8E" w:rsidRDefault="00000000" w:rsidP="00244B8E">
      <w:pPr>
        <w:spacing w:after="0" w:line="360" w:lineRule="auto"/>
        <w:rPr>
          <w:rFonts w:ascii="Times New Roman" w:hAnsi="Times New Roman" w:cs="Times New Roman"/>
          <w:sz w:val="24"/>
          <w:szCs w:val="24"/>
        </w:rPr>
      </w:pPr>
      <w:r w:rsidRPr="00244B8E">
        <w:rPr>
          <w:rFonts w:ascii="Times New Roman" w:hAnsi="Times New Roman" w:cs="Times New Roman"/>
          <w:sz w:val="24"/>
          <w:szCs w:val="24"/>
        </w:rPr>
        <w:t>Xin trân trọng thông báo!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244B8E" w:rsidRPr="00244B8E" w:rsidTr="00244B8E">
        <w:tc>
          <w:tcPr>
            <w:tcW w:w="4428" w:type="dxa"/>
          </w:tcPr>
          <w:p w:rsidR="00244B8E" w:rsidRPr="00244B8E" w:rsidRDefault="00244B8E" w:rsidP="00244B8E">
            <w:pPr>
              <w:spacing w:line="360" w:lineRule="auto"/>
              <w:rPr>
                <w:rFonts w:ascii="Times New Roman" w:hAnsi="Times New Roman" w:cs="Times New Roman"/>
                <w:sz w:val="24"/>
                <w:szCs w:val="24"/>
              </w:rPr>
            </w:pPr>
            <w:r w:rsidRPr="00244B8E">
              <w:rPr>
                <w:rFonts w:ascii="Times New Roman" w:hAnsi="Times New Roman" w:cs="Times New Roman"/>
                <w:sz w:val="24"/>
                <w:szCs w:val="24"/>
              </w:rPr>
              <w:t>Nơi nhận:</w:t>
            </w:r>
            <w:r w:rsidRPr="00244B8E">
              <w:rPr>
                <w:rFonts w:ascii="Times New Roman" w:hAnsi="Times New Roman" w:cs="Times New Roman"/>
                <w:sz w:val="24"/>
                <w:szCs w:val="24"/>
              </w:rPr>
              <w:br/>
              <w:t>- …………</w:t>
            </w:r>
            <w:r w:rsidRPr="00244B8E">
              <w:rPr>
                <w:rFonts w:ascii="Times New Roman" w:hAnsi="Times New Roman" w:cs="Times New Roman"/>
                <w:sz w:val="24"/>
                <w:szCs w:val="24"/>
              </w:rPr>
              <w:br/>
              <w:t>- Lưu VT.</w:t>
            </w:r>
          </w:p>
        </w:tc>
        <w:tc>
          <w:tcPr>
            <w:tcW w:w="4428" w:type="dxa"/>
          </w:tcPr>
          <w:p w:rsidR="00244B8E" w:rsidRPr="00244B8E" w:rsidRDefault="00244B8E" w:rsidP="00244B8E">
            <w:pPr>
              <w:spacing w:line="360" w:lineRule="auto"/>
              <w:jc w:val="center"/>
              <w:rPr>
                <w:rFonts w:ascii="Times New Roman" w:hAnsi="Times New Roman" w:cs="Times New Roman"/>
                <w:i/>
                <w:iCs/>
                <w:sz w:val="24"/>
                <w:szCs w:val="24"/>
              </w:rPr>
            </w:pPr>
            <w:r w:rsidRPr="00244B8E">
              <w:rPr>
                <w:rFonts w:ascii="Times New Roman" w:hAnsi="Times New Roman" w:cs="Times New Roman"/>
                <w:b/>
                <w:bCs/>
                <w:sz w:val="24"/>
                <w:szCs w:val="24"/>
              </w:rPr>
              <w:t>ĐẠI DIỆN CÔNG TY</w:t>
            </w:r>
            <w:r w:rsidRPr="00244B8E">
              <w:rPr>
                <w:rFonts w:ascii="Times New Roman" w:hAnsi="Times New Roman" w:cs="Times New Roman"/>
                <w:b/>
                <w:bCs/>
                <w:sz w:val="24"/>
                <w:szCs w:val="24"/>
              </w:rPr>
              <w:br/>
              <w:t>Chức danh: …………………</w:t>
            </w:r>
            <w:r w:rsidRPr="00244B8E">
              <w:rPr>
                <w:rFonts w:ascii="Times New Roman" w:hAnsi="Times New Roman" w:cs="Times New Roman"/>
                <w:b/>
                <w:bCs/>
                <w:sz w:val="24"/>
                <w:szCs w:val="24"/>
              </w:rPr>
              <w:br/>
            </w:r>
            <w:r w:rsidRPr="00244B8E">
              <w:rPr>
                <w:rFonts w:ascii="Times New Roman" w:hAnsi="Times New Roman" w:cs="Times New Roman"/>
                <w:i/>
                <w:iCs/>
                <w:sz w:val="24"/>
                <w:szCs w:val="24"/>
              </w:rPr>
              <w:t>(Ký tên, đóng dấu)</w:t>
            </w:r>
          </w:p>
          <w:p w:rsidR="00244B8E" w:rsidRPr="00244B8E" w:rsidRDefault="00244B8E" w:rsidP="00244B8E">
            <w:pPr>
              <w:spacing w:line="360" w:lineRule="auto"/>
              <w:jc w:val="center"/>
              <w:rPr>
                <w:rFonts w:ascii="Times New Roman" w:hAnsi="Times New Roman" w:cs="Times New Roman"/>
                <w:sz w:val="24"/>
                <w:szCs w:val="24"/>
              </w:rPr>
            </w:pPr>
          </w:p>
        </w:tc>
      </w:tr>
    </w:tbl>
    <w:p w:rsidR="00244B8E" w:rsidRPr="00244B8E" w:rsidRDefault="00244B8E" w:rsidP="00244B8E">
      <w:pPr>
        <w:spacing w:after="0" w:line="360" w:lineRule="auto"/>
        <w:rPr>
          <w:rFonts w:ascii="Times New Roman" w:hAnsi="Times New Roman" w:cs="Times New Roman"/>
          <w:sz w:val="24"/>
          <w:szCs w:val="24"/>
        </w:rPr>
      </w:pPr>
    </w:p>
    <w:sectPr w:rsidR="00244B8E" w:rsidRPr="00244B8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7346079">
    <w:abstractNumId w:val="8"/>
  </w:num>
  <w:num w:numId="2" w16cid:durableId="1353721583">
    <w:abstractNumId w:val="6"/>
  </w:num>
  <w:num w:numId="3" w16cid:durableId="1294407122">
    <w:abstractNumId w:val="5"/>
  </w:num>
  <w:num w:numId="4" w16cid:durableId="1936866605">
    <w:abstractNumId w:val="4"/>
  </w:num>
  <w:num w:numId="5" w16cid:durableId="1956861756">
    <w:abstractNumId w:val="7"/>
  </w:num>
  <w:num w:numId="6" w16cid:durableId="2041663453">
    <w:abstractNumId w:val="3"/>
  </w:num>
  <w:num w:numId="7" w16cid:durableId="1825194880">
    <w:abstractNumId w:val="2"/>
  </w:num>
  <w:num w:numId="8" w16cid:durableId="563834342">
    <w:abstractNumId w:val="1"/>
  </w:num>
  <w:num w:numId="9" w16cid:durableId="202403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5B09"/>
    <w:rsid w:val="0015074B"/>
    <w:rsid w:val="00244B8E"/>
    <w:rsid w:val="0029639D"/>
    <w:rsid w:val="00326F90"/>
    <w:rsid w:val="00AA1D8D"/>
    <w:rsid w:val="00B47730"/>
    <w:rsid w:val="00CB0664"/>
    <w:rsid w:val="00FC693F"/>
    <w:rsid w:val="00FE6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F7748E"/>
  <w14:defaultImageDpi w14:val="300"/>
  <w15:docId w15:val="{3845BDB8-78D1-477C-A51F-2B07AA089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742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2013-12-23T23:15:00Z</dcterms:created>
  <dcterms:modified xsi:type="dcterms:W3CDTF">2025-03-26T06:46:00Z</dcterms:modified>
  <cp:category/>
</cp:coreProperties>
</file>