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E4DF8" w:rsidRPr="00E03484" w:rsidRDefault="00000000" w:rsidP="00E03484">
      <w:pPr>
        <w:jc w:val="center"/>
        <w:rPr>
          <w:rFonts w:ascii="Times New Roman" w:hAnsi="Times New Roman" w:cs="Times New Roman"/>
          <w:b/>
          <w:bCs/>
          <w:sz w:val="26"/>
          <w:szCs w:val="26"/>
        </w:rPr>
      </w:pPr>
      <w:r w:rsidRPr="00E03484">
        <w:rPr>
          <w:rFonts w:ascii="Times New Roman" w:hAnsi="Times New Roman" w:cs="Times New Roman"/>
          <w:b/>
          <w:bCs/>
          <w:sz w:val="26"/>
          <w:szCs w:val="26"/>
        </w:rPr>
        <w:t>CỘNG HÒA XÃ HỘI CHỦ NGHĨA VIỆT NAM</w:t>
      </w:r>
    </w:p>
    <w:p w:rsidR="00EE4DF8" w:rsidRPr="00E03484" w:rsidRDefault="00000000" w:rsidP="00E03484">
      <w:pPr>
        <w:jc w:val="center"/>
        <w:rPr>
          <w:rFonts w:ascii="Times New Roman" w:hAnsi="Times New Roman" w:cs="Times New Roman"/>
          <w:b/>
          <w:bCs/>
          <w:sz w:val="26"/>
          <w:szCs w:val="26"/>
        </w:rPr>
      </w:pPr>
      <w:r w:rsidRPr="00E03484">
        <w:rPr>
          <w:rFonts w:ascii="Times New Roman" w:hAnsi="Times New Roman" w:cs="Times New Roman"/>
          <w:b/>
          <w:bCs/>
          <w:sz w:val="26"/>
          <w:szCs w:val="26"/>
        </w:rPr>
        <w:t>Độc lập – Tự do – Hạnh phúc</w:t>
      </w:r>
    </w:p>
    <w:p w:rsidR="00EE4DF8" w:rsidRPr="00E03484" w:rsidRDefault="00000000" w:rsidP="00E03484">
      <w:pPr>
        <w:jc w:val="center"/>
        <w:rPr>
          <w:rFonts w:ascii="Times New Roman" w:hAnsi="Times New Roman" w:cs="Times New Roman"/>
          <w:b/>
          <w:bCs/>
          <w:sz w:val="26"/>
          <w:szCs w:val="26"/>
        </w:rPr>
      </w:pPr>
      <w:r w:rsidRPr="00E03484">
        <w:rPr>
          <w:rFonts w:ascii="Times New Roman" w:hAnsi="Times New Roman" w:cs="Times New Roman"/>
          <w:b/>
          <w:bCs/>
          <w:sz w:val="26"/>
          <w:szCs w:val="26"/>
        </w:rPr>
        <w:t>---------------</w:t>
      </w:r>
      <w:r w:rsidRPr="00E03484">
        <w:rPr>
          <w:rFonts w:ascii="Times New Roman" w:hAnsi="Times New Roman" w:cs="Times New Roman"/>
          <w:b/>
          <w:bCs/>
          <w:sz w:val="26"/>
          <w:szCs w:val="26"/>
        </w:rPr>
        <w:br/>
      </w:r>
    </w:p>
    <w:p w:rsidR="00EE4DF8" w:rsidRPr="00E03484" w:rsidRDefault="00000000" w:rsidP="00E03484">
      <w:pPr>
        <w:jc w:val="center"/>
        <w:rPr>
          <w:rFonts w:ascii="Times New Roman" w:hAnsi="Times New Roman" w:cs="Times New Roman"/>
          <w:b/>
          <w:bCs/>
          <w:sz w:val="26"/>
          <w:szCs w:val="26"/>
        </w:rPr>
      </w:pPr>
      <w:r w:rsidRPr="00E03484">
        <w:rPr>
          <w:rFonts w:ascii="Times New Roman" w:hAnsi="Times New Roman" w:cs="Times New Roman"/>
          <w:b/>
          <w:bCs/>
          <w:sz w:val="26"/>
          <w:szCs w:val="26"/>
        </w:rPr>
        <w:t>VĂN BẢN THỎA THUẬN HOÁN ĐỔI ĐẤT</w:t>
      </w:r>
    </w:p>
    <w:p w:rsidR="00E03484" w:rsidRDefault="00E03484" w:rsidP="00E03484">
      <w:pPr>
        <w:rPr>
          <w:rFonts w:ascii="Times New Roman" w:hAnsi="Times New Roman" w:cs="Times New Roman"/>
          <w:sz w:val="26"/>
          <w:szCs w:val="26"/>
        </w:rPr>
      </w:pPr>
    </w:p>
    <w:p w:rsidR="00EE4DF8" w:rsidRPr="00E03484" w:rsidRDefault="00000000" w:rsidP="00E03484">
      <w:pPr>
        <w:rPr>
          <w:rFonts w:ascii="Times New Roman" w:hAnsi="Times New Roman" w:cs="Times New Roman"/>
          <w:sz w:val="26"/>
          <w:szCs w:val="26"/>
        </w:rPr>
      </w:pPr>
      <w:r w:rsidRPr="00E03484">
        <w:rPr>
          <w:rFonts w:ascii="Times New Roman" w:hAnsi="Times New Roman" w:cs="Times New Roman"/>
          <w:sz w:val="26"/>
          <w:szCs w:val="26"/>
        </w:rPr>
        <w:t>Hôm nay, ngày ... tháng ... năm ..., tại ..., chúng tôi gồm:</w:t>
      </w:r>
      <w:r w:rsidRPr="00E03484">
        <w:rPr>
          <w:rFonts w:ascii="Times New Roman" w:hAnsi="Times New Roman" w:cs="Times New Roman"/>
          <w:sz w:val="26"/>
          <w:szCs w:val="26"/>
        </w:rPr>
        <w:br/>
      </w:r>
    </w:p>
    <w:p w:rsidR="00E03484" w:rsidRPr="00E03484" w:rsidRDefault="00000000" w:rsidP="00E03484">
      <w:pPr>
        <w:rPr>
          <w:rFonts w:ascii="Times New Roman" w:hAnsi="Times New Roman" w:cs="Times New Roman"/>
          <w:b/>
          <w:bCs/>
        </w:rPr>
      </w:pPr>
      <w:r w:rsidRPr="00E03484">
        <w:rPr>
          <w:rFonts w:ascii="Times New Roman" w:hAnsi="Times New Roman" w:cs="Times New Roman"/>
          <w:b/>
          <w:bCs/>
          <w:sz w:val="26"/>
          <w:szCs w:val="26"/>
        </w:rPr>
        <w:t>BÊN A:</w:t>
      </w:r>
    </w:p>
    <w:p w:rsidR="00EE4DF8" w:rsidRPr="00E03484" w:rsidRDefault="00000000" w:rsidP="00E03484">
      <w:pPr>
        <w:rPr>
          <w:rFonts w:ascii="Times New Roman" w:hAnsi="Times New Roman" w:cs="Times New Roman"/>
          <w:sz w:val="26"/>
          <w:szCs w:val="26"/>
        </w:rPr>
      </w:pPr>
      <w:r w:rsidRPr="00E03484">
        <w:rPr>
          <w:rFonts w:ascii="Times New Roman" w:hAnsi="Times New Roman" w:cs="Times New Roman"/>
          <w:sz w:val="26"/>
          <w:szCs w:val="26"/>
        </w:rPr>
        <w:t>- Họ và tên: ...................................................</w:t>
      </w:r>
    </w:p>
    <w:p w:rsidR="00EE4DF8" w:rsidRPr="00E03484" w:rsidRDefault="00000000" w:rsidP="00E03484">
      <w:pPr>
        <w:rPr>
          <w:rFonts w:ascii="Times New Roman" w:hAnsi="Times New Roman" w:cs="Times New Roman"/>
          <w:sz w:val="26"/>
          <w:szCs w:val="26"/>
        </w:rPr>
      </w:pPr>
      <w:r w:rsidRPr="00E03484">
        <w:rPr>
          <w:rFonts w:ascii="Times New Roman" w:hAnsi="Times New Roman" w:cs="Times New Roman"/>
          <w:sz w:val="26"/>
          <w:szCs w:val="26"/>
        </w:rPr>
        <w:t>- Ngày sinh: ..................................................</w:t>
      </w:r>
    </w:p>
    <w:p w:rsidR="00EE4DF8" w:rsidRPr="00E03484" w:rsidRDefault="00000000" w:rsidP="00E03484">
      <w:pPr>
        <w:rPr>
          <w:rFonts w:ascii="Times New Roman" w:hAnsi="Times New Roman" w:cs="Times New Roman"/>
          <w:sz w:val="26"/>
          <w:szCs w:val="26"/>
        </w:rPr>
      </w:pPr>
      <w:r w:rsidRPr="00E03484">
        <w:rPr>
          <w:rFonts w:ascii="Times New Roman" w:hAnsi="Times New Roman" w:cs="Times New Roman"/>
          <w:sz w:val="26"/>
          <w:szCs w:val="26"/>
        </w:rPr>
        <w:t>- Số CCCD/CMND: .................. cấp ngày: ....... tại: ..........</w:t>
      </w:r>
    </w:p>
    <w:p w:rsidR="00EE4DF8" w:rsidRPr="00E03484" w:rsidRDefault="00000000" w:rsidP="00E03484">
      <w:pPr>
        <w:rPr>
          <w:rFonts w:ascii="Times New Roman" w:hAnsi="Times New Roman" w:cs="Times New Roman"/>
          <w:sz w:val="26"/>
          <w:szCs w:val="26"/>
        </w:rPr>
      </w:pPr>
      <w:r w:rsidRPr="00E03484">
        <w:rPr>
          <w:rFonts w:ascii="Times New Roman" w:hAnsi="Times New Roman" w:cs="Times New Roman"/>
          <w:sz w:val="26"/>
          <w:szCs w:val="26"/>
        </w:rPr>
        <w:t>- Địa chỉ thường trú: .........................................</w:t>
      </w:r>
    </w:p>
    <w:p w:rsidR="00EE4DF8" w:rsidRPr="00E03484" w:rsidRDefault="00000000" w:rsidP="00E03484">
      <w:pPr>
        <w:rPr>
          <w:rFonts w:ascii="Times New Roman" w:hAnsi="Times New Roman" w:cs="Times New Roman"/>
          <w:sz w:val="26"/>
          <w:szCs w:val="26"/>
        </w:rPr>
      </w:pPr>
      <w:r w:rsidRPr="00E03484">
        <w:rPr>
          <w:rFonts w:ascii="Times New Roman" w:hAnsi="Times New Roman" w:cs="Times New Roman"/>
          <w:sz w:val="26"/>
          <w:szCs w:val="26"/>
        </w:rPr>
        <w:t>- Số điện thoại liên hệ: .....................................</w:t>
      </w:r>
      <w:r w:rsidRPr="00E03484">
        <w:rPr>
          <w:rFonts w:ascii="Times New Roman" w:hAnsi="Times New Roman" w:cs="Times New Roman"/>
          <w:sz w:val="26"/>
          <w:szCs w:val="26"/>
        </w:rPr>
        <w:br/>
      </w:r>
    </w:p>
    <w:p w:rsidR="00EE4DF8" w:rsidRPr="00E03484" w:rsidRDefault="00000000" w:rsidP="00E03484">
      <w:pPr>
        <w:rPr>
          <w:rFonts w:ascii="Times New Roman" w:hAnsi="Times New Roman" w:cs="Times New Roman"/>
          <w:b/>
          <w:bCs/>
          <w:sz w:val="26"/>
          <w:szCs w:val="26"/>
        </w:rPr>
      </w:pPr>
      <w:r w:rsidRPr="00E03484">
        <w:rPr>
          <w:rFonts w:ascii="Times New Roman" w:hAnsi="Times New Roman" w:cs="Times New Roman"/>
          <w:b/>
          <w:bCs/>
          <w:sz w:val="26"/>
          <w:szCs w:val="26"/>
        </w:rPr>
        <w:t>BÊN B:</w:t>
      </w:r>
    </w:p>
    <w:p w:rsidR="00EE4DF8" w:rsidRPr="00E03484" w:rsidRDefault="00000000" w:rsidP="00E03484">
      <w:pPr>
        <w:rPr>
          <w:rFonts w:ascii="Times New Roman" w:hAnsi="Times New Roman" w:cs="Times New Roman"/>
          <w:sz w:val="26"/>
          <w:szCs w:val="26"/>
        </w:rPr>
      </w:pPr>
      <w:r w:rsidRPr="00E03484">
        <w:rPr>
          <w:rFonts w:ascii="Times New Roman" w:hAnsi="Times New Roman" w:cs="Times New Roman"/>
          <w:sz w:val="26"/>
          <w:szCs w:val="26"/>
        </w:rPr>
        <w:t>- Họ và tên: ...................................................</w:t>
      </w:r>
    </w:p>
    <w:p w:rsidR="00EE4DF8" w:rsidRPr="00E03484" w:rsidRDefault="00000000" w:rsidP="00E03484">
      <w:pPr>
        <w:rPr>
          <w:rFonts w:ascii="Times New Roman" w:hAnsi="Times New Roman" w:cs="Times New Roman"/>
          <w:sz w:val="26"/>
          <w:szCs w:val="26"/>
        </w:rPr>
      </w:pPr>
      <w:r w:rsidRPr="00E03484">
        <w:rPr>
          <w:rFonts w:ascii="Times New Roman" w:hAnsi="Times New Roman" w:cs="Times New Roman"/>
          <w:sz w:val="26"/>
          <w:szCs w:val="26"/>
        </w:rPr>
        <w:t>- Ngày sinh: ..................................................</w:t>
      </w:r>
    </w:p>
    <w:p w:rsidR="00EE4DF8" w:rsidRPr="00E03484" w:rsidRDefault="00000000" w:rsidP="00E03484">
      <w:pPr>
        <w:rPr>
          <w:rFonts w:ascii="Times New Roman" w:hAnsi="Times New Roman" w:cs="Times New Roman"/>
          <w:sz w:val="26"/>
          <w:szCs w:val="26"/>
        </w:rPr>
      </w:pPr>
      <w:r w:rsidRPr="00E03484">
        <w:rPr>
          <w:rFonts w:ascii="Times New Roman" w:hAnsi="Times New Roman" w:cs="Times New Roman"/>
          <w:sz w:val="26"/>
          <w:szCs w:val="26"/>
        </w:rPr>
        <w:t>- Số CCCD/CMND: .................. cấp ngày: ....... tại: ..........</w:t>
      </w:r>
    </w:p>
    <w:p w:rsidR="00EE4DF8" w:rsidRPr="00E03484" w:rsidRDefault="00000000" w:rsidP="00E03484">
      <w:pPr>
        <w:rPr>
          <w:rFonts w:ascii="Times New Roman" w:hAnsi="Times New Roman" w:cs="Times New Roman"/>
          <w:sz w:val="26"/>
          <w:szCs w:val="26"/>
        </w:rPr>
      </w:pPr>
      <w:r w:rsidRPr="00E03484">
        <w:rPr>
          <w:rFonts w:ascii="Times New Roman" w:hAnsi="Times New Roman" w:cs="Times New Roman"/>
          <w:sz w:val="26"/>
          <w:szCs w:val="26"/>
        </w:rPr>
        <w:t>- Địa chỉ thường trú: .........................................</w:t>
      </w:r>
    </w:p>
    <w:p w:rsidR="00EE4DF8" w:rsidRPr="00E03484" w:rsidRDefault="00000000" w:rsidP="00E03484">
      <w:pPr>
        <w:rPr>
          <w:rFonts w:ascii="Times New Roman" w:hAnsi="Times New Roman" w:cs="Times New Roman"/>
          <w:sz w:val="26"/>
          <w:szCs w:val="26"/>
        </w:rPr>
      </w:pPr>
      <w:r w:rsidRPr="00E03484">
        <w:rPr>
          <w:rFonts w:ascii="Times New Roman" w:hAnsi="Times New Roman" w:cs="Times New Roman"/>
          <w:sz w:val="26"/>
          <w:szCs w:val="26"/>
        </w:rPr>
        <w:t>- Số điện thoại liên hệ: .....................................</w:t>
      </w:r>
      <w:r w:rsidRPr="00E03484">
        <w:rPr>
          <w:rFonts w:ascii="Times New Roman" w:hAnsi="Times New Roman" w:cs="Times New Roman"/>
          <w:sz w:val="26"/>
          <w:szCs w:val="26"/>
        </w:rPr>
        <w:br/>
      </w:r>
    </w:p>
    <w:p w:rsidR="00EE4DF8" w:rsidRPr="00E03484" w:rsidRDefault="00000000" w:rsidP="00E03484">
      <w:pPr>
        <w:rPr>
          <w:rFonts w:ascii="Times New Roman" w:hAnsi="Times New Roman" w:cs="Times New Roman"/>
          <w:b/>
          <w:bCs/>
          <w:sz w:val="26"/>
          <w:szCs w:val="26"/>
        </w:rPr>
      </w:pPr>
      <w:r w:rsidRPr="00E03484">
        <w:rPr>
          <w:rFonts w:ascii="Times New Roman" w:hAnsi="Times New Roman" w:cs="Times New Roman"/>
          <w:b/>
          <w:bCs/>
          <w:sz w:val="26"/>
          <w:szCs w:val="26"/>
        </w:rPr>
        <w:t>Điều 1: Thông tin thửa đất của các bên</w:t>
      </w:r>
    </w:p>
    <w:p w:rsidR="00EE4DF8" w:rsidRPr="00E03484" w:rsidRDefault="00000000" w:rsidP="00E03484">
      <w:pPr>
        <w:rPr>
          <w:rFonts w:ascii="Times New Roman" w:hAnsi="Times New Roman" w:cs="Times New Roman"/>
          <w:b/>
          <w:bCs/>
          <w:sz w:val="26"/>
          <w:szCs w:val="26"/>
        </w:rPr>
      </w:pPr>
      <w:r w:rsidRPr="00E03484">
        <w:rPr>
          <w:rFonts w:ascii="Times New Roman" w:hAnsi="Times New Roman" w:cs="Times New Roman"/>
          <w:b/>
          <w:bCs/>
          <w:sz w:val="26"/>
          <w:szCs w:val="26"/>
        </w:rPr>
        <w:t>1.1. Thửa đất của Bên A:</w:t>
      </w:r>
    </w:p>
    <w:p w:rsidR="00EE4DF8" w:rsidRPr="00E03484" w:rsidRDefault="00000000" w:rsidP="00E03484">
      <w:pPr>
        <w:rPr>
          <w:rFonts w:ascii="Times New Roman" w:hAnsi="Times New Roman" w:cs="Times New Roman"/>
          <w:sz w:val="26"/>
          <w:szCs w:val="26"/>
        </w:rPr>
      </w:pPr>
      <w:r w:rsidRPr="00E03484">
        <w:rPr>
          <w:rFonts w:ascii="Times New Roman" w:hAnsi="Times New Roman" w:cs="Times New Roman"/>
          <w:sz w:val="26"/>
          <w:szCs w:val="26"/>
        </w:rPr>
        <w:t>- Địa chỉ thửa đất: ..........................................</w:t>
      </w:r>
    </w:p>
    <w:p w:rsidR="00EE4DF8" w:rsidRPr="00E03484" w:rsidRDefault="00000000" w:rsidP="00E03484">
      <w:pPr>
        <w:rPr>
          <w:rFonts w:ascii="Times New Roman" w:hAnsi="Times New Roman" w:cs="Times New Roman"/>
          <w:sz w:val="26"/>
          <w:szCs w:val="26"/>
        </w:rPr>
      </w:pPr>
      <w:r w:rsidRPr="00E03484">
        <w:rPr>
          <w:rFonts w:ascii="Times New Roman" w:hAnsi="Times New Roman" w:cs="Times New Roman"/>
          <w:sz w:val="26"/>
          <w:szCs w:val="26"/>
        </w:rPr>
        <w:lastRenderedPageBreak/>
        <w:t>- Thửa đất số: ......... Tờ bản đồ số: ............</w:t>
      </w:r>
    </w:p>
    <w:p w:rsidR="00EE4DF8" w:rsidRPr="00E03484" w:rsidRDefault="00000000" w:rsidP="00E03484">
      <w:pPr>
        <w:rPr>
          <w:rFonts w:ascii="Times New Roman" w:hAnsi="Times New Roman" w:cs="Times New Roman"/>
          <w:sz w:val="26"/>
          <w:szCs w:val="26"/>
        </w:rPr>
      </w:pPr>
      <w:r w:rsidRPr="00E03484">
        <w:rPr>
          <w:rFonts w:ascii="Times New Roman" w:hAnsi="Times New Roman" w:cs="Times New Roman"/>
          <w:sz w:val="26"/>
          <w:szCs w:val="26"/>
        </w:rPr>
        <w:t>- Diện tích: .................... m²</w:t>
      </w:r>
    </w:p>
    <w:p w:rsidR="00EE4DF8" w:rsidRPr="00E03484" w:rsidRDefault="00000000" w:rsidP="00E03484">
      <w:pPr>
        <w:rPr>
          <w:rFonts w:ascii="Times New Roman" w:hAnsi="Times New Roman" w:cs="Times New Roman"/>
          <w:sz w:val="26"/>
          <w:szCs w:val="26"/>
        </w:rPr>
      </w:pPr>
      <w:r w:rsidRPr="00E03484">
        <w:rPr>
          <w:rFonts w:ascii="Times New Roman" w:hAnsi="Times New Roman" w:cs="Times New Roman"/>
          <w:sz w:val="26"/>
          <w:szCs w:val="26"/>
        </w:rPr>
        <w:t>- Hình thức sử dụng: ..................................</w:t>
      </w:r>
    </w:p>
    <w:p w:rsidR="00EE4DF8" w:rsidRPr="00E03484" w:rsidRDefault="00000000" w:rsidP="00E03484">
      <w:pPr>
        <w:rPr>
          <w:rFonts w:ascii="Times New Roman" w:hAnsi="Times New Roman" w:cs="Times New Roman"/>
          <w:sz w:val="26"/>
          <w:szCs w:val="26"/>
        </w:rPr>
      </w:pPr>
      <w:r w:rsidRPr="00E03484">
        <w:rPr>
          <w:rFonts w:ascii="Times New Roman" w:hAnsi="Times New Roman" w:cs="Times New Roman"/>
          <w:sz w:val="26"/>
          <w:szCs w:val="26"/>
        </w:rPr>
        <w:t>- Mục đích sử dụng: ..................................</w:t>
      </w:r>
    </w:p>
    <w:p w:rsidR="00EE4DF8" w:rsidRPr="00E03484" w:rsidRDefault="00000000" w:rsidP="00E03484">
      <w:pPr>
        <w:rPr>
          <w:rFonts w:ascii="Times New Roman" w:hAnsi="Times New Roman" w:cs="Times New Roman"/>
          <w:sz w:val="26"/>
          <w:szCs w:val="26"/>
        </w:rPr>
      </w:pPr>
      <w:r w:rsidRPr="00E03484">
        <w:rPr>
          <w:rFonts w:ascii="Times New Roman" w:hAnsi="Times New Roman" w:cs="Times New Roman"/>
          <w:sz w:val="26"/>
          <w:szCs w:val="26"/>
        </w:rPr>
        <w:t>- Giấy chứng nhận quyền sử dụng đất số: .......... do .......... cấp ngày .......</w:t>
      </w:r>
      <w:r w:rsidRPr="00E03484">
        <w:rPr>
          <w:rFonts w:ascii="Times New Roman" w:hAnsi="Times New Roman" w:cs="Times New Roman"/>
          <w:sz w:val="26"/>
          <w:szCs w:val="26"/>
        </w:rPr>
        <w:br/>
      </w:r>
    </w:p>
    <w:p w:rsidR="00EE4DF8" w:rsidRPr="00E03484" w:rsidRDefault="00000000" w:rsidP="00E03484">
      <w:pPr>
        <w:rPr>
          <w:rFonts w:ascii="Times New Roman" w:hAnsi="Times New Roman" w:cs="Times New Roman"/>
          <w:b/>
          <w:bCs/>
          <w:sz w:val="26"/>
          <w:szCs w:val="26"/>
        </w:rPr>
      </w:pPr>
      <w:r w:rsidRPr="00E03484">
        <w:rPr>
          <w:rFonts w:ascii="Times New Roman" w:hAnsi="Times New Roman" w:cs="Times New Roman"/>
          <w:b/>
          <w:bCs/>
          <w:sz w:val="26"/>
          <w:szCs w:val="26"/>
        </w:rPr>
        <w:t>1.2. Thửa đất của Bên B:</w:t>
      </w:r>
    </w:p>
    <w:p w:rsidR="00EE4DF8" w:rsidRPr="00E03484" w:rsidRDefault="00000000" w:rsidP="00E03484">
      <w:pPr>
        <w:rPr>
          <w:rFonts w:ascii="Times New Roman" w:hAnsi="Times New Roman" w:cs="Times New Roman"/>
          <w:sz w:val="26"/>
          <w:szCs w:val="26"/>
        </w:rPr>
      </w:pPr>
      <w:r w:rsidRPr="00E03484">
        <w:rPr>
          <w:rFonts w:ascii="Times New Roman" w:hAnsi="Times New Roman" w:cs="Times New Roman"/>
          <w:sz w:val="26"/>
          <w:szCs w:val="26"/>
        </w:rPr>
        <w:t>- Địa chỉ thửa đất: ..........................................</w:t>
      </w:r>
    </w:p>
    <w:p w:rsidR="00EE4DF8" w:rsidRPr="00E03484" w:rsidRDefault="00000000" w:rsidP="00E03484">
      <w:pPr>
        <w:rPr>
          <w:rFonts w:ascii="Times New Roman" w:hAnsi="Times New Roman" w:cs="Times New Roman"/>
          <w:sz w:val="26"/>
          <w:szCs w:val="26"/>
        </w:rPr>
      </w:pPr>
      <w:r w:rsidRPr="00E03484">
        <w:rPr>
          <w:rFonts w:ascii="Times New Roman" w:hAnsi="Times New Roman" w:cs="Times New Roman"/>
          <w:sz w:val="26"/>
          <w:szCs w:val="26"/>
        </w:rPr>
        <w:t>- Thửa đất số: ......... Tờ bản đồ số: ............</w:t>
      </w:r>
    </w:p>
    <w:p w:rsidR="00EE4DF8" w:rsidRPr="00E03484" w:rsidRDefault="00000000" w:rsidP="00E03484">
      <w:pPr>
        <w:rPr>
          <w:rFonts w:ascii="Times New Roman" w:hAnsi="Times New Roman" w:cs="Times New Roman"/>
          <w:sz w:val="26"/>
          <w:szCs w:val="26"/>
        </w:rPr>
      </w:pPr>
      <w:r w:rsidRPr="00E03484">
        <w:rPr>
          <w:rFonts w:ascii="Times New Roman" w:hAnsi="Times New Roman" w:cs="Times New Roman"/>
          <w:sz w:val="26"/>
          <w:szCs w:val="26"/>
        </w:rPr>
        <w:t>- Diện tích: .................... m²</w:t>
      </w:r>
    </w:p>
    <w:p w:rsidR="00EE4DF8" w:rsidRPr="00E03484" w:rsidRDefault="00000000" w:rsidP="00E03484">
      <w:pPr>
        <w:rPr>
          <w:rFonts w:ascii="Times New Roman" w:hAnsi="Times New Roman" w:cs="Times New Roman"/>
          <w:sz w:val="26"/>
          <w:szCs w:val="26"/>
        </w:rPr>
      </w:pPr>
      <w:r w:rsidRPr="00E03484">
        <w:rPr>
          <w:rFonts w:ascii="Times New Roman" w:hAnsi="Times New Roman" w:cs="Times New Roman"/>
          <w:sz w:val="26"/>
          <w:szCs w:val="26"/>
        </w:rPr>
        <w:t>- Hình thức sử dụng: ..................................</w:t>
      </w:r>
    </w:p>
    <w:p w:rsidR="00EE4DF8" w:rsidRPr="00E03484" w:rsidRDefault="00000000" w:rsidP="00E03484">
      <w:pPr>
        <w:rPr>
          <w:rFonts w:ascii="Times New Roman" w:hAnsi="Times New Roman" w:cs="Times New Roman"/>
          <w:sz w:val="26"/>
          <w:szCs w:val="26"/>
        </w:rPr>
      </w:pPr>
      <w:r w:rsidRPr="00E03484">
        <w:rPr>
          <w:rFonts w:ascii="Times New Roman" w:hAnsi="Times New Roman" w:cs="Times New Roman"/>
          <w:sz w:val="26"/>
          <w:szCs w:val="26"/>
        </w:rPr>
        <w:t>- Mục đích sử dụng: ..................................</w:t>
      </w:r>
    </w:p>
    <w:p w:rsidR="00EE4DF8" w:rsidRPr="00E03484" w:rsidRDefault="00000000" w:rsidP="00E03484">
      <w:pPr>
        <w:rPr>
          <w:rFonts w:ascii="Times New Roman" w:hAnsi="Times New Roman" w:cs="Times New Roman"/>
          <w:sz w:val="26"/>
          <w:szCs w:val="26"/>
        </w:rPr>
      </w:pPr>
      <w:r w:rsidRPr="00E03484">
        <w:rPr>
          <w:rFonts w:ascii="Times New Roman" w:hAnsi="Times New Roman" w:cs="Times New Roman"/>
          <w:sz w:val="26"/>
          <w:szCs w:val="26"/>
        </w:rPr>
        <w:t>- Giấy chứng nhận quyền sử dụng đất số: .......... do .......... cấp ngày .......</w:t>
      </w:r>
      <w:r w:rsidRPr="00E03484">
        <w:rPr>
          <w:rFonts w:ascii="Times New Roman" w:hAnsi="Times New Roman" w:cs="Times New Roman"/>
          <w:sz w:val="26"/>
          <w:szCs w:val="26"/>
        </w:rPr>
        <w:br/>
      </w:r>
    </w:p>
    <w:p w:rsidR="00EE4DF8" w:rsidRPr="00E03484" w:rsidRDefault="00000000" w:rsidP="00E03484">
      <w:pPr>
        <w:rPr>
          <w:rFonts w:ascii="Times New Roman" w:hAnsi="Times New Roman" w:cs="Times New Roman"/>
          <w:b/>
          <w:bCs/>
          <w:sz w:val="26"/>
          <w:szCs w:val="26"/>
        </w:rPr>
      </w:pPr>
      <w:r w:rsidRPr="00E03484">
        <w:rPr>
          <w:rFonts w:ascii="Times New Roman" w:hAnsi="Times New Roman" w:cs="Times New Roman"/>
          <w:b/>
          <w:bCs/>
          <w:sz w:val="26"/>
          <w:szCs w:val="26"/>
        </w:rPr>
        <w:t>Điều 2: Nội dung hoán đổi</w:t>
      </w:r>
    </w:p>
    <w:p w:rsidR="00EE4DF8" w:rsidRPr="00E03484" w:rsidRDefault="00000000" w:rsidP="00E03484">
      <w:pPr>
        <w:rPr>
          <w:rFonts w:ascii="Times New Roman" w:hAnsi="Times New Roman" w:cs="Times New Roman"/>
          <w:sz w:val="26"/>
          <w:szCs w:val="26"/>
        </w:rPr>
      </w:pPr>
      <w:r w:rsidRPr="00E03484">
        <w:rPr>
          <w:rFonts w:ascii="Times New Roman" w:hAnsi="Times New Roman" w:cs="Times New Roman"/>
          <w:sz w:val="26"/>
          <w:szCs w:val="26"/>
        </w:rPr>
        <w:t>Hai bên đồng ý hoán đổi quyền sử dụng đất nêu tại Điều 1 của Bên A và Bên B cho nhau. Việc hoán đổi hoàn toàn tự nguyện, không vì mục đích kinh doanh, không phát sinh tranh chấp, khiếu kiện và tuân thủ theo quy định pháp luật.</w:t>
      </w:r>
      <w:r w:rsidRPr="00E03484">
        <w:rPr>
          <w:rFonts w:ascii="Times New Roman" w:hAnsi="Times New Roman" w:cs="Times New Roman"/>
          <w:sz w:val="26"/>
          <w:szCs w:val="26"/>
        </w:rPr>
        <w:br/>
      </w:r>
    </w:p>
    <w:p w:rsidR="00EE4DF8" w:rsidRPr="00E03484" w:rsidRDefault="00000000" w:rsidP="00E03484">
      <w:pPr>
        <w:rPr>
          <w:rFonts w:ascii="Times New Roman" w:hAnsi="Times New Roman" w:cs="Times New Roman"/>
          <w:b/>
          <w:bCs/>
          <w:sz w:val="26"/>
          <w:szCs w:val="26"/>
        </w:rPr>
      </w:pPr>
      <w:r w:rsidRPr="00E03484">
        <w:rPr>
          <w:rFonts w:ascii="Times New Roman" w:hAnsi="Times New Roman" w:cs="Times New Roman"/>
          <w:b/>
          <w:bCs/>
          <w:sz w:val="26"/>
          <w:szCs w:val="26"/>
        </w:rPr>
        <w:t>Điều 3: Trách nhiệm thực hiện</w:t>
      </w:r>
    </w:p>
    <w:p w:rsidR="00EE4DF8" w:rsidRPr="00E03484" w:rsidRDefault="00000000" w:rsidP="00E03484">
      <w:pPr>
        <w:rPr>
          <w:rFonts w:ascii="Times New Roman" w:hAnsi="Times New Roman" w:cs="Times New Roman"/>
          <w:sz w:val="26"/>
          <w:szCs w:val="26"/>
        </w:rPr>
      </w:pPr>
      <w:r w:rsidRPr="00E03484">
        <w:rPr>
          <w:rFonts w:ascii="Times New Roman" w:hAnsi="Times New Roman" w:cs="Times New Roman"/>
          <w:sz w:val="26"/>
          <w:szCs w:val="26"/>
        </w:rPr>
        <w:t>Hai bên có trách nhiệm phối hợp thực hiện các thủ tục pháp lý liên quan đến việc hoán đổi đất tại cơ quan nhà nước có thẩm quyền theo đúng quy định pháp luật.</w:t>
      </w:r>
      <w:r w:rsidRPr="00E03484">
        <w:rPr>
          <w:rFonts w:ascii="Times New Roman" w:hAnsi="Times New Roman" w:cs="Times New Roman"/>
          <w:sz w:val="26"/>
          <w:szCs w:val="26"/>
        </w:rPr>
        <w:br/>
      </w:r>
    </w:p>
    <w:p w:rsidR="00EE4DF8" w:rsidRPr="00E03484" w:rsidRDefault="00000000" w:rsidP="00E03484">
      <w:pPr>
        <w:rPr>
          <w:rFonts w:ascii="Times New Roman" w:hAnsi="Times New Roman" w:cs="Times New Roman"/>
          <w:b/>
          <w:bCs/>
          <w:sz w:val="26"/>
          <w:szCs w:val="26"/>
        </w:rPr>
      </w:pPr>
      <w:r w:rsidRPr="00E03484">
        <w:rPr>
          <w:rFonts w:ascii="Times New Roman" w:hAnsi="Times New Roman" w:cs="Times New Roman"/>
          <w:b/>
          <w:bCs/>
          <w:sz w:val="26"/>
          <w:szCs w:val="26"/>
        </w:rPr>
        <w:t>Điều 4: Cam kết chung</w:t>
      </w:r>
    </w:p>
    <w:p w:rsidR="00EE4DF8" w:rsidRPr="00E03484" w:rsidRDefault="00000000" w:rsidP="00E03484">
      <w:pPr>
        <w:rPr>
          <w:rFonts w:ascii="Times New Roman" w:hAnsi="Times New Roman" w:cs="Times New Roman"/>
          <w:sz w:val="26"/>
          <w:szCs w:val="26"/>
        </w:rPr>
      </w:pPr>
      <w:r w:rsidRPr="00E03484">
        <w:rPr>
          <w:rFonts w:ascii="Times New Roman" w:hAnsi="Times New Roman" w:cs="Times New Roman"/>
          <w:sz w:val="26"/>
          <w:szCs w:val="26"/>
        </w:rPr>
        <w:t>Hai bên cam kết:</w:t>
      </w:r>
    </w:p>
    <w:p w:rsidR="00EE4DF8" w:rsidRPr="00E03484" w:rsidRDefault="00000000" w:rsidP="00E03484">
      <w:pPr>
        <w:rPr>
          <w:rFonts w:ascii="Times New Roman" w:hAnsi="Times New Roman" w:cs="Times New Roman"/>
          <w:sz w:val="26"/>
          <w:szCs w:val="26"/>
        </w:rPr>
      </w:pPr>
      <w:r w:rsidRPr="00E03484">
        <w:rPr>
          <w:rFonts w:ascii="Times New Roman" w:hAnsi="Times New Roman" w:cs="Times New Roman"/>
          <w:sz w:val="26"/>
          <w:szCs w:val="26"/>
        </w:rPr>
        <w:t>- Thông tin trong văn bản này là hoàn toàn đúng sự thật.</w:t>
      </w:r>
    </w:p>
    <w:p w:rsidR="00EE4DF8" w:rsidRPr="00E03484" w:rsidRDefault="00000000" w:rsidP="00E03484">
      <w:pPr>
        <w:rPr>
          <w:rFonts w:ascii="Times New Roman" w:hAnsi="Times New Roman" w:cs="Times New Roman"/>
          <w:sz w:val="26"/>
          <w:szCs w:val="26"/>
        </w:rPr>
      </w:pPr>
      <w:r w:rsidRPr="00E03484">
        <w:rPr>
          <w:rFonts w:ascii="Times New Roman" w:hAnsi="Times New Roman" w:cs="Times New Roman"/>
          <w:sz w:val="26"/>
          <w:szCs w:val="26"/>
        </w:rPr>
        <w:lastRenderedPageBreak/>
        <w:t>- Việc hoán đổi đất được thực hiện tự nguyện, không bị ép buộc.</w:t>
      </w:r>
    </w:p>
    <w:p w:rsidR="00EE4DF8" w:rsidRPr="00E03484" w:rsidRDefault="00000000" w:rsidP="00E03484">
      <w:pPr>
        <w:rPr>
          <w:rFonts w:ascii="Times New Roman" w:hAnsi="Times New Roman" w:cs="Times New Roman"/>
          <w:sz w:val="26"/>
          <w:szCs w:val="26"/>
        </w:rPr>
      </w:pPr>
      <w:r w:rsidRPr="00E03484">
        <w:rPr>
          <w:rFonts w:ascii="Times New Roman" w:hAnsi="Times New Roman" w:cs="Times New Roman"/>
          <w:sz w:val="26"/>
          <w:szCs w:val="26"/>
        </w:rPr>
        <w:t>- Nếu sau này có vấn đề phát sinh, hai bên cùng giải quyết trên tinh thần thiện chí, tuân thủ quy định pháp luật.</w:t>
      </w:r>
      <w:r w:rsidRPr="00E03484">
        <w:rPr>
          <w:rFonts w:ascii="Times New Roman" w:hAnsi="Times New Roman" w:cs="Times New Roman"/>
          <w:sz w:val="26"/>
          <w:szCs w:val="26"/>
        </w:rPr>
        <w:br/>
      </w:r>
    </w:p>
    <w:p w:rsidR="00E03484" w:rsidRPr="00E03484" w:rsidRDefault="00000000" w:rsidP="00E03484">
      <w:pPr>
        <w:rPr>
          <w:rFonts w:ascii="Times New Roman" w:hAnsi="Times New Roman" w:cs="Times New Roman"/>
          <w:b/>
          <w:bCs/>
        </w:rPr>
      </w:pPr>
      <w:r w:rsidRPr="00E03484">
        <w:rPr>
          <w:rFonts w:ascii="Times New Roman" w:hAnsi="Times New Roman" w:cs="Times New Roman"/>
          <w:b/>
          <w:bCs/>
          <w:sz w:val="26"/>
          <w:szCs w:val="26"/>
        </w:rPr>
        <w:t>Điều 5: Hiệu lực của văn bản</w:t>
      </w:r>
    </w:p>
    <w:p w:rsidR="00EE4DF8" w:rsidRDefault="00000000" w:rsidP="00E03484">
      <w:pPr>
        <w:rPr>
          <w:rFonts w:ascii="Times New Roman" w:hAnsi="Times New Roman" w:cs="Times New Roman"/>
        </w:rPr>
      </w:pPr>
      <w:r w:rsidRPr="00E03484">
        <w:rPr>
          <w:rFonts w:ascii="Times New Roman" w:hAnsi="Times New Roman" w:cs="Times New Roman"/>
          <w:sz w:val="26"/>
          <w:szCs w:val="26"/>
        </w:rPr>
        <w:t>Văn bản này có hiệu lực kể từ ngày ký. Hai bên đã đọc, hiểu và đồng ý toàn bộ nội dung trước khi ký tên. Văn bản được lập thành ... bản, mỗi bên giữ ...</w:t>
      </w:r>
      <w:r w:rsidR="00E03484">
        <w:rPr>
          <w:rFonts w:ascii="Times New Roman" w:hAnsi="Times New Roman" w:cs="Times New Roman"/>
        </w:rPr>
        <w:t xml:space="preserve"> </w:t>
      </w:r>
      <w:r w:rsidRPr="00E03484">
        <w:rPr>
          <w:rFonts w:ascii="Times New Roman" w:hAnsi="Times New Roman" w:cs="Times New Roman"/>
          <w:sz w:val="26"/>
          <w:szCs w:val="26"/>
        </w:rPr>
        <w:t>bản, có giá trị pháp lý như nhau.</w:t>
      </w:r>
    </w:p>
    <w:p w:rsidR="00E03484" w:rsidRPr="00E03484" w:rsidRDefault="00E03484" w:rsidP="00E0348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8"/>
        <w:gridCol w:w="4428"/>
      </w:tblGrid>
      <w:tr w:rsidR="00E03484" w:rsidTr="00E03484">
        <w:tc>
          <w:tcPr>
            <w:tcW w:w="4428" w:type="dxa"/>
          </w:tcPr>
          <w:p w:rsidR="00E03484" w:rsidRPr="00E03484" w:rsidRDefault="00E03484" w:rsidP="00E03484">
            <w:pPr>
              <w:jc w:val="center"/>
              <w:rPr>
                <w:rFonts w:ascii="Times New Roman" w:hAnsi="Times New Roman" w:cs="Times New Roman"/>
                <w:b/>
                <w:bCs/>
                <w:sz w:val="26"/>
                <w:szCs w:val="26"/>
              </w:rPr>
            </w:pPr>
            <w:r w:rsidRPr="00E03484">
              <w:rPr>
                <w:rFonts w:ascii="Times New Roman" w:hAnsi="Times New Roman" w:cs="Times New Roman"/>
                <w:b/>
                <w:bCs/>
                <w:sz w:val="26"/>
                <w:szCs w:val="26"/>
              </w:rPr>
              <w:t>ĐẠI DIỆN BÊN A</w:t>
            </w:r>
          </w:p>
          <w:p w:rsidR="00E03484" w:rsidRPr="00E03484" w:rsidRDefault="00E03484" w:rsidP="00E03484">
            <w:pPr>
              <w:jc w:val="center"/>
              <w:rPr>
                <w:rFonts w:ascii="Times New Roman" w:hAnsi="Times New Roman" w:cs="Times New Roman"/>
                <w:b/>
                <w:bCs/>
                <w:sz w:val="26"/>
                <w:szCs w:val="26"/>
              </w:rPr>
            </w:pPr>
            <w:r w:rsidRPr="00E03484">
              <w:rPr>
                <w:rFonts w:ascii="Times New Roman" w:hAnsi="Times New Roman" w:cs="Times New Roman"/>
                <w:b/>
                <w:bCs/>
                <w:sz w:val="26"/>
                <w:szCs w:val="26"/>
              </w:rPr>
              <w:t>(Ký và ghi rõ họ tên)</w:t>
            </w:r>
          </w:p>
        </w:tc>
        <w:tc>
          <w:tcPr>
            <w:tcW w:w="4428" w:type="dxa"/>
          </w:tcPr>
          <w:p w:rsidR="00E03484" w:rsidRPr="00E03484" w:rsidRDefault="00E03484" w:rsidP="00E03484">
            <w:pPr>
              <w:jc w:val="center"/>
              <w:rPr>
                <w:rFonts w:ascii="Times New Roman" w:hAnsi="Times New Roman" w:cs="Times New Roman"/>
                <w:b/>
                <w:bCs/>
                <w:sz w:val="26"/>
                <w:szCs w:val="26"/>
              </w:rPr>
            </w:pPr>
            <w:r w:rsidRPr="00E03484">
              <w:rPr>
                <w:rFonts w:ascii="Times New Roman" w:hAnsi="Times New Roman" w:cs="Times New Roman"/>
                <w:b/>
                <w:bCs/>
                <w:sz w:val="26"/>
                <w:szCs w:val="26"/>
              </w:rPr>
              <w:t xml:space="preserve">ĐẠI DIỆN BÊN </w:t>
            </w:r>
            <w:r w:rsidRPr="00E03484">
              <w:rPr>
                <w:rFonts w:ascii="Times New Roman" w:hAnsi="Times New Roman" w:cs="Times New Roman"/>
                <w:b/>
                <w:bCs/>
                <w:sz w:val="26"/>
                <w:szCs w:val="26"/>
              </w:rPr>
              <w:t>B</w:t>
            </w:r>
          </w:p>
          <w:p w:rsidR="00E03484" w:rsidRPr="00E03484" w:rsidRDefault="00E03484" w:rsidP="00E03484">
            <w:pPr>
              <w:jc w:val="center"/>
              <w:rPr>
                <w:rFonts w:ascii="Times New Roman" w:hAnsi="Times New Roman" w:cs="Times New Roman"/>
                <w:b/>
                <w:bCs/>
                <w:sz w:val="26"/>
                <w:szCs w:val="26"/>
              </w:rPr>
            </w:pPr>
            <w:r w:rsidRPr="00E03484">
              <w:rPr>
                <w:rFonts w:ascii="Times New Roman" w:hAnsi="Times New Roman" w:cs="Times New Roman"/>
                <w:b/>
                <w:bCs/>
                <w:sz w:val="26"/>
                <w:szCs w:val="26"/>
              </w:rPr>
              <w:t>(Ký và ghi rõ họ tên)</w:t>
            </w:r>
          </w:p>
        </w:tc>
      </w:tr>
    </w:tbl>
    <w:p w:rsidR="00EE4DF8" w:rsidRPr="00E03484" w:rsidRDefault="00EE4DF8" w:rsidP="00E03484">
      <w:pPr>
        <w:rPr>
          <w:rFonts w:ascii="Times New Roman" w:hAnsi="Times New Roman" w:cs="Times New Roman"/>
          <w:sz w:val="26"/>
          <w:szCs w:val="26"/>
        </w:rPr>
      </w:pPr>
    </w:p>
    <w:sectPr w:rsidR="00EE4DF8" w:rsidRPr="00E03484"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61240898">
    <w:abstractNumId w:val="8"/>
  </w:num>
  <w:num w:numId="2" w16cid:durableId="358631754">
    <w:abstractNumId w:val="6"/>
  </w:num>
  <w:num w:numId="3" w16cid:durableId="1975795903">
    <w:abstractNumId w:val="5"/>
  </w:num>
  <w:num w:numId="4" w16cid:durableId="2127579175">
    <w:abstractNumId w:val="4"/>
  </w:num>
  <w:num w:numId="5" w16cid:durableId="109056832">
    <w:abstractNumId w:val="7"/>
  </w:num>
  <w:num w:numId="6" w16cid:durableId="2122646375">
    <w:abstractNumId w:val="3"/>
  </w:num>
  <w:num w:numId="7" w16cid:durableId="2022395415">
    <w:abstractNumId w:val="2"/>
  </w:num>
  <w:num w:numId="8" w16cid:durableId="1114860449">
    <w:abstractNumId w:val="1"/>
  </w:num>
  <w:num w:numId="9" w16cid:durableId="19577865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83EF8"/>
    <w:rsid w:val="00AA1D8D"/>
    <w:rsid w:val="00B47730"/>
    <w:rsid w:val="00CB0664"/>
    <w:rsid w:val="00E03484"/>
    <w:rsid w:val="00EE4DF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0DAD06"/>
  <w14:defaultImageDpi w14:val="300"/>
  <w15:docId w15:val="{655C566F-B347-4B9A-A3A8-4EF9D8DAD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393</Words>
  <Characters>2241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cp:lastModifiedBy>
  <cp:revision>2</cp:revision>
  <dcterms:created xsi:type="dcterms:W3CDTF">2013-12-23T23:15:00Z</dcterms:created>
  <dcterms:modified xsi:type="dcterms:W3CDTF">2025-03-24T07:08:00Z</dcterms:modified>
  <cp:category/>
</cp:coreProperties>
</file>