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08E" w:rsidRDefault="00215F4E">
      <w:bookmarkStart w:id="0" w:name="_GoBack"/>
      <w:bookmarkEnd w:id="0"/>
      <w:r>
        <w:t>CƠ QUAN BAN HÀNH</w:t>
      </w:r>
      <w:r>
        <w:br/>
        <w:t>S</w:t>
      </w:r>
      <w:r>
        <w:t>ố</w:t>
      </w:r>
      <w:r>
        <w:t>: 123/QĐ-UBND</w:t>
      </w:r>
    </w:p>
    <w:p w:rsidR="00C1108E" w:rsidRDefault="00215F4E">
      <w:pPr>
        <w:jc w:val="center"/>
      </w:pPr>
      <w:r>
        <w:t>C</w:t>
      </w:r>
      <w:r>
        <w:t>Ộ</w:t>
      </w:r>
      <w:r>
        <w:t>NG HÒA XÃ H</w:t>
      </w:r>
      <w:r>
        <w:t>Ộ</w:t>
      </w:r>
      <w:r>
        <w:t>I CH</w:t>
      </w:r>
      <w:r>
        <w:t>Ủ</w:t>
      </w:r>
      <w:r>
        <w:t xml:space="preserve"> NGHĨA VI</w:t>
      </w:r>
      <w:r>
        <w:t>Ệ</w:t>
      </w:r>
      <w:r>
        <w:t>T NAM</w:t>
      </w:r>
      <w:r>
        <w:br/>
        <w:t>Đ</w:t>
      </w:r>
      <w:r>
        <w:t>ộ</w:t>
      </w:r>
      <w:r>
        <w:t>c l</w:t>
      </w:r>
      <w:r>
        <w:t>ậ</w:t>
      </w:r>
      <w:r>
        <w:t>p – T</w:t>
      </w:r>
      <w:r>
        <w:t>ự</w:t>
      </w:r>
      <w:r>
        <w:t xml:space="preserve"> do – H</w:t>
      </w:r>
      <w:r>
        <w:t>ạ</w:t>
      </w:r>
      <w:r>
        <w:t>nh phúc</w:t>
      </w:r>
    </w:p>
    <w:p w:rsidR="00C1108E" w:rsidRDefault="00215F4E">
      <w:r>
        <w:br/>
        <w:t>..., ngày ... tháng ... năm 2025</w:t>
      </w:r>
    </w:p>
    <w:p w:rsidR="00C1108E" w:rsidRDefault="00215F4E">
      <w:pPr>
        <w:jc w:val="center"/>
      </w:pPr>
      <w:r>
        <w:t>QUY</w:t>
      </w:r>
      <w:r>
        <w:t>Ế</w:t>
      </w:r>
      <w:r>
        <w:t>T Đ</w:t>
      </w:r>
      <w:r>
        <w:t>Ị</w:t>
      </w:r>
      <w:r>
        <w:t>NH</w:t>
      </w:r>
      <w:r>
        <w:br/>
      </w:r>
      <w:r>
        <w:rPr>
          <w:b/>
        </w:rPr>
        <w:t>V</w:t>
      </w:r>
      <w:r>
        <w:rPr>
          <w:b/>
        </w:rPr>
        <w:t>ề</w:t>
      </w:r>
      <w:r>
        <w:rPr>
          <w:b/>
        </w:rPr>
        <w:t xml:space="preserve"> vi</w:t>
      </w:r>
      <w:r>
        <w:rPr>
          <w:b/>
        </w:rPr>
        <w:t>ệ</w:t>
      </w:r>
      <w:r>
        <w:rPr>
          <w:b/>
        </w:rPr>
        <w:t>c x</w:t>
      </w:r>
      <w:r>
        <w:rPr>
          <w:b/>
        </w:rPr>
        <w:t>ử</w:t>
      </w:r>
      <w:r>
        <w:rPr>
          <w:b/>
        </w:rPr>
        <w:t xml:space="preserve"> ph</w:t>
      </w:r>
      <w:r>
        <w:rPr>
          <w:b/>
        </w:rPr>
        <w:t>ạ</w:t>
      </w:r>
      <w:r>
        <w:rPr>
          <w:b/>
        </w:rPr>
        <w:t>t vi ph</w:t>
      </w:r>
      <w:r>
        <w:rPr>
          <w:b/>
        </w:rPr>
        <w:t>ạ</w:t>
      </w:r>
      <w:r>
        <w:rPr>
          <w:b/>
        </w:rPr>
        <w:t>m hành chính trong lĩnh v</w:t>
      </w:r>
      <w:r>
        <w:rPr>
          <w:b/>
        </w:rPr>
        <w:t>ự</w:t>
      </w:r>
      <w:r>
        <w:rPr>
          <w:b/>
        </w:rPr>
        <w:t>c xây d</w:t>
      </w:r>
      <w:r>
        <w:rPr>
          <w:b/>
        </w:rPr>
        <w:t>ự</w:t>
      </w:r>
      <w:r>
        <w:rPr>
          <w:b/>
        </w:rPr>
        <w:t>ng</w:t>
      </w:r>
    </w:p>
    <w:p w:rsidR="00C1108E" w:rsidRDefault="00215F4E">
      <w:r>
        <w:br/>
        <w:t>CH</w:t>
      </w:r>
      <w:r>
        <w:t>Ủ</w:t>
      </w:r>
      <w:r>
        <w:t xml:space="preserve"> T</w:t>
      </w:r>
      <w:r>
        <w:t>Ị</w:t>
      </w:r>
      <w:r>
        <w:t xml:space="preserve">CH </w:t>
      </w:r>
      <w:r>
        <w:t>Ủ</w:t>
      </w:r>
      <w:r>
        <w:t>Y BAN NHÂN DÂN PHƯ</w:t>
      </w:r>
      <w:r>
        <w:t>Ờ</w:t>
      </w:r>
      <w:r>
        <w:t>NG/XÃ...</w:t>
      </w:r>
    </w:p>
    <w:p w:rsidR="00C1108E" w:rsidRDefault="00215F4E">
      <w:r>
        <w:t>Căn c</w:t>
      </w:r>
      <w:r>
        <w:t>ứ</w:t>
      </w:r>
      <w:r>
        <w:t>:</w:t>
      </w:r>
      <w:r>
        <w:br/>
        <w:t>- Lu</w:t>
      </w:r>
      <w:r>
        <w:t>ậ</w:t>
      </w:r>
      <w:r>
        <w:t xml:space="preserve">t </w:t>
      </w:r>
      <w:r>
        <w:t>T</w:t>
      </w:r>
      <w:r>
        <w:t>ổ</w:t>
      </w:r>
      <w:r>
        <w:t xml:space="preserve"> ch</w:t>
      </w:r>
      <w:r>
        <w:t>ứ</w:t>
      </w:r>
      <w:r>
        <w:t>c chính quy</w:t>
      </w:r>
      <w:r>
        <w:t>ề</w:t>
      </w:r>
      <w:r>
        <w:t>n đ</w:t>
      </w:r>
      <w:r>
        <w:t>ị</w:t>
      </w:r>
      <w:r>
        <w:t>a phương năm 2015, s</w:t>
      </w:r>
      <w:r>
        <w:t>ử</w:t>
      </w:r>
      <w:r>
        <w:t>a đ</w:t>
      </w:r>
      <w:r>
        <w:t>ổ</w:t>
      </w:r>
      <w:r>
        <w:t>i b</w:t>
      </w:r>
      <w:r>
        <w:t>ổ</w:t>
      </w:r>
      <w:r>
        <w:t xml:space="preserve"> sung năm 2019;</w:t>
      </w:r>
      <w:r>
        <w:br/>
        <w:t>- Lu</w:t>
      </w:r>
      <w:r>
        <w:t>ậ</w:t>
      </w:r>
      <w:r>
        <w:t>t X</w:t>
      </w:r>
      <w:r>
        <w:t>ử</w:t>
      </w:r>
      <w:r>
        <w:t xml:space="preserve"> lý vi ph</w:t>
      </w:r>
      <w:r>
        <w:t>ạ</w:t>
      </w:r>
      <w:r>
        <w:t>m hành chính năm 2012, s</w:t>
      </w:r>
      <w:r>
        <w:t>ử</w:t>
      </w:r>
      <w:r>
        <w:t>a đ</w:t>
      </w:r>
      <w:r>
        <w:t>ổ</w:t>
      </w:r>
      <w:r>
        <w:t>i năm 2020;</w:t>
      </w:r>
      <w:r>
        <w:br/>
        <w:t>- Ngh</w:t>
      </w:r>
      <w:r>
        <w:t>ị</w:t>
      </w:r>
      <w:r>
        <w:t xml:space="preserve"> đ</w:t>
      </w:r>
      <w:r>
        <w:t>ị</w:t>
      </w:r>
      <w:r>
        <w:t>nh s</w:t>
      </w:r>
      <w:r>
        <w:t>ố</w:t>
      </w:r>
      <w:r>
        <w:t xml:space="preserve"> 16/2022/NĐ-CP c</w:t>
      </w:r>
      <w:r>
        <w:t>ủ</w:t>
      </w:r>
      <w:r>
        <w:t>a Chính ph</w:t>
      </w:r>
      <w:r>
        <w:t>ủ</w:t>
      </w:r>
      <w:r>
        <w:t xml:space="preserve"> quy đ</w:t>
      </w:r>
      <w:r>
        <w:t>ị</w:t>
      </w:r>
      <w:r>
        <w:t>nh x</w:t>
      </w:r>
      <w:r>
        <w:t>ử</w:t>
      </w:r>
      <w:r>
        <w:t xml:space="preserve"> ph</w:t>
      </w:r>
      <w:r>
        <w:t>ạ</w:t>
      </w:r>
      <w:r>
        <w:t>t vi ph</w:t>
      </w:r>
      <w:r>
        <w:t>ạ</w:t>
      </w:r>
      <w:r>
        <w:t>m hành chính trong lĩnh v</w:t>
      </w:r>
      <w:r>
        <w:t>ự</w:t>
      </w:r>
      <w:r>
        <w:t>c xây d</w:t>
      </w:r>
      <w:r>
        <w:t>ự</w:t>
      </w:r>
      <w:r>
        <w:t>ng;</w:t>
      </w:r>
      <w:r>
        <w:br/>
        <w:t>- Biên b</w:t>
      </w:r>
      <w:r>
        <w:t>ả</w:t>
      </w:r>
      <w:r>
        <w:t>n vi ph</w:t>
      </w:r>
      <w:r>
        <w:t>ạ</w:t>
      </w:r>
      <w:r>
        <w:t>m hành c</w:t>
      </w:r>
      <w:r>
        <w:t>hính s</w:t>
      </w:r>
      <w:r>
        <w:t>ố</w:t>
      </w:r>
      <w:r>
        <w:t xml:space="preserve"> 456/BB-VPHC l</w:t>
      </w:r>
      <w:r>
        <w:t>ậ</w:t>
      </w:r>
      <w:r>
        <w:t>p ngày .../.../2025 c</w:t>
      </w:r>
      <w:r>
        <w:t>ủ</w:t>
      </w:r>
      <w:r>
        <w:t>a Đ</w:t>
      </w:r>
      <w:r>
        <w:t>ộ</w:t>
      </w:r>
      <w:r>
        <w:t>i qu</w:t>
      </w:r>
      <w:r>
        <w:t>ả</w:t>
      </w:r>
      <w:r>
        <w:t>n lý tr</w:t>
      </w:r>
      <w:r>
        <w:t>ậ</w:t>
      </w:r>
      <w:r>
        <w:t>t t</w:t>
      </w:r>
      <w:r>
        <w:t>ự</w:t>
      </w:r>
      <w:r>
        <w:t xml:space="preserve"> đô th</w:t>
      </w:r>
      <w:r>
        <w:t>ị</w:t>
      </w:r>
      <w:r>
        <w:t>;</w:t>
      </w:r>
    </w:p>
    <w:p w:rsidR="00C1108E" w:rsidRDefault="00215F4E">
      <w:r>
        <w:br/>
        <w:t>QUY</w:t>
      </w:r>
      <w:r>
        <w:t>Ế</w:t>
      </w:r>
      <w:r>
        <w:t>T Đ</w:t>
      </w:r>
      <w:r>
        <w:t>Ị</w:t>
      </w:r>
      <w:r>
        <w:t>NH:</w:t>
      </w:r>
    </w:p>
    <w:p w:rsidR="00C1108E" w:rsidRDefault="00215F4E">
      <w:r>
        <w:t>Đi</w:t>
      </w:r>
      <w:r>
        <w:t>ề</w:t>
      </w:r>
      <w:r>
        <w:t>u 1. X</w:t>
      </w:r>
      <w:r>
        <w:t>ử</w:t>
      </w:r>
      <w:r>
        <w:t xml:space="preserve"> ph</w:t>
      </w:r>
      <w:r>
        <w:t>ạ</w:t>
      </w:r>
      <w:r>
        <w:t>t ông/bà Nguy</w:t>
      </w:r>
      <w:r>
        <w:t>ễ</w:t>
      </w:r>
      <w:r>
        <w:t>n Văn A, đ</w:t>
      </w:r>
      <w:r>
        <w:t>ị</w:t>
      </w:r>
      <w:r>
        <w:t>a ch</w:t>
      </w:r>
      <w:r>
        <w:t>ỉ</w:t>
      </w:r>
      <w:r>
        <w:t>: ..., v</w:t>
      </w:r>
      <w:r>
        <w:t>ớ</w:t>
      </w:r>
      <w:r>
        <w:t>i hành vi: xây d</w:t>
      </w:r>
      <w:r>
        <w:t>ự</w:t>
      </w:r>
      <w:r>
        <w:t xml:space="preserve">ng công trình nhà </w:t>
      </w:r>
      <w:r>
        <w:t>ở</w:t>
      </w:r>
      <w:r>
        <w:t xml:space="preserve"> riêng l</w:t>
      </w:r>
      <w:r>
        <w:t>ẻ</w:t>
      </w:r>
      <w:r>
        <w:t xml:space="preserve"> không có gi</w:t>
      </w:r>
      <w:r>
        <w:t>ấ</w:t>
      </w:r>
      <w:r>
        <w:t>y phép xây d</w:t>
      </w:r>
      <w:r>
        <w:t>ự</w:t>
      </w:r>
      <w:r>
        <w:t>ng, t</w:t>
      </w:r>
      <w:r>
        <w:t>ạ</w:t>
      </w:r>
      <w:r>
        <w:t>i th</w:t>
      </w:r>
      <w:r>
        <w:t>ử</w:t>
      </w:r>
      <w:r>
        <w:t>a đ</w:t>
      </w:r>
      <w:r>
        <w:t>ấ</w:t>
      </w:r>
      <w:r>
        <w:t>t s</w:t>
      </w:r>
      <w:r>
        <w:t>ố</w:t>
      </w:r>
      <w:r>
        <w:t xml:space="preserve"> ..., t</w:t>
      </w:r>
      <w:r>
        <w:t>ờ</w:t>
      </w:r>
      <w:r>
        <w:t xml:space="preserve"> b</w:t>
      </w:r>
      <w:r>
        <w:t>ả</w:t>
      </w:r>
      <w:r>
        <w:t>n đ</w:t>
      </w:r>
      <w:r>
        <w:t>ồ</w:t>
      </w:r>
      <w:r>
        <w:t xml:space="preserve"> s</w:t>
      </w:r>
      <w:r>
        <w:t>ố</w:t>
      </w:r>
      <w:r>
        <w:t xml:space="preserve"> ..., kh</w:t>
      </w:r>
      <w:r>
        <w:t>u ph</w:t>
      </w:r>
      <w:r>
        <w:t>ố</w:t>
      </w:r>
      <w:r>
        <w:t xml:space="preserve"> ..., phư</w:t>
      </w:r>
      <w:r>
        <w:t>ờ</w:t>
      </w:r>
      <w:r>
        <w:t>ng ..., qu</w:t>
      </w:r>
      <w:r>
        <w:t>ậ</w:t>
      </w:r>
      <w:r>
        <w:t>n ..., TP.HCM.</w:t>
      </w:r>
      <w:r>
        <w:br/>
        <w:t>M</w:t>
      </w:r>
      <w:r>
        <w:t>ứ</w:t>
      </w:r>
      <w:r>
        <w:t>c ph</w:t>
      </w:r>
      <w:r>
        <w:t>ạ</w:t>
      </w:r>
      <w:r>
        <w:t>t: 15.000.000 đ</w:t>
      </w:r>
      <w:r>
        <w:t>ồ</w:t>
      </w:r>
      <w:r>
        <w:t>ng (Mư</w:t>
      </w:r>
      <w:r>
        <w:t>ờ</w:t>
      </w:r>
      <w:r>
        <w:t>i lăm tri</w:t>
      </w:r>
      <w:r>
        <w:t>ệ</w:t>
      </w:r>
      <w:r>
        <w:t>u đ</w:t>
      </w:r>
      <w:r>
        <w:t>ồ</w:t>
      </w:r>
      <w:r>
        <w:t>ng).</w:t>
      </w:r>
    </w:p>
    <w:p w:rsidR="00C1108E" w:rsidRDefault="00215F4E">
      <w:r>
        <w:t>Đi</w:t>
      </w:r>
      <w:r>
        <w:t>ề</w:t>
      </w:r>
      <w:r>
        <w:t>u 2. Ông/bà Nguy</w:t>
      </w:r>
      <w:r>
        <w:t>ễ</w:t>
      </w:r>
      <w:r>
        <w:t>n Văn A có trách nhi</w:t>
      </w:r>
      <w:r>
        <w:t>ệ</w:t>
      </w:r>
      <w:r>
        <w:t>m n</w:t>
      </w:r>
      <w:r>
        <w:t>ộ</w:t>
      </w:r>
      <w:r>
        <w:t>p ti</w:t>
      </w:r>
      <w:r>
        <w:t>ề</w:t>
      </w:r>
      <w:r>
        <w:t>n ph</w:t>
      </w:r>
      <w:r>
        <w:t>ạ</w:t>
      </w:r>
      <w:r>
        <w:t>t vào Kho b</w:t>
      </w:r>
      <w:r>
        <w:t>ạ</w:t>
      </w:r>
      <w:r>
        <w:t>c Nhà nư</w:t>
      </w:r>
      <w:r>
        <w:t>ớ</w:t>
      </w:r>
      <w:r>
        <w:t>c qu</w:t>
      </w:r>
      <w:r>
        <w:t>ậ</w:t>
      </w:r>
      <w:r>
        <w:t>n ... trong th</w:t>
      </w:r>
      <w:r>
        <w:t>ờ</w:t>
      </w:r>
      <w:r>
        <w:t>i h</w:t>
      </w:r>
      <w:r>
        <w:t>ạ</w:t>
      </w:r>
      <w:r>
        <w:t>n 10 ngày k</w:t>
      </w:r>
      <w:r>
        <w:t>ể</w:t>
      </w:r>
      <w:r>
        <w:t xml:space="preserve"> t</w:t>
      </w:r>
      <w:r>
        <w:t>ừ</w:t>
      </w:r>
      <w:r>
        <w:t xml:space="preserve"> ngày nh</w:t>
      </w:r>
      <w:r>
        <w:t>ậ</w:t>
      </w:r>
      <w:r>
        <w:t>n đư</w:t>
      </w:r>
      <w:r>
        <w:t>ợ</w:t>
      </w:r>
      <w:r>
        <w:t>c quy</w:t>
      </w:r>
      <w:r>
        <w:t>ế</w:t>
      </w:r>
      <w:r>
        <w:t>t đ</w:t>
      </w:r>
      <w:r>
        <w:t>ị</w:t>
      </w:r>
      <w:r>
        <w:t>nh này. Quá th</w:t>
      </w:r>
      <w:r>
        <w:t>ờ</w:t>
      </w:r>
      <w:r>
        <w:t>i h</w:t>
      </w:r>
      <w:r>
        <w:t>ạ</w:t>
      </w:r>
      <w:r>
        <w:t>n s</w:t>
      </w:r>
      <w:r>
        <w:t>ẽ</w:t>
      </w:r>
      <w:r>
        <w:t xml:space="preserve"> b</w:t>
      </w:r>
      <w:r>
        <w:t>ị</w:t>
      </w:r>
      <w:r>
        <w:t xml:space="preserve"> </w:t>
      </w:r>
      <w:r>
        <w:t>cư</w:t>
      </w:r>
      <w:r>
        <w:t>ỡ</w:t>
      </w:r>
      <w:r>
        <w:t>ng ch</w:t>
      </w:r>
      <w:r>
        <w:t>ế</w:t>
      </w:r>
      <w:r>
        <w:t xml:space="preserve"> theo quy đ</w:t>
      </w:r>
      <w:r>
        <w:t>ị</w:t>
      </w:r>
      <w:r>
        <w:t>nh pháp lu</w:t>
      </w:r>
      <w:r>
        <w:t>ậ</w:t>
      </w:r>
      <w:r>
        <w:t>t.</w:t>
      </w:r>
    </w:p>
    <w:p w:rsidR="00C1108E" w:rsidRDefault="00215F4E">
      <w:r>
        <w:t>Đi</w:t>
      </w:r>
      <w:r>
        <w:t>ề</w:t>
      </w:r>
      <w:r>
        <w:t>u 3. Giao T</w:t>
      </w:r>
      <w:r>
        <w:t>ổ</w:t>
      </w:r>
      <w:r>
        <w:t xml:space="preserve"> qu</w:t>
      </w:r>
      <w:r>
        <w:t>ả</w:t>
      </w:r>
      <w:r>
        <w:t>n lý tr</w:t>
      </w:r>
      <w:r>
        <w:t>ậ</w:t>
      </w:r>
      <w:r>
        <w:t>t t</w:t>
      </w:r>
      <w:r>
        <w:t>ự</w:t>
      </w:r>
      <w:r>
        <w:t xml:space="preserve"> xây d</w:t>
      </w:r>
      <w:r>
        <w:t>ự</w:t>
      </w:r>
      <w:r>
        <w:t>ng đô th</w:t>
      </w:r>
      <w:r>
        <w:t>ị</w:t>
      </w:r>
      <w:r>
        <w:t xml:space="preserve"> phư</w:t>
      </w:r>
      <w:r>
        <w:t>ờ</w:t>
      </w:r>
      <w:r>
        <w:t>ng ... và Công an phư</w:t>
      </w:r>
      <w:r>
        <w:t>ờ</w:t>
      </w:r>
      <w:r>
        <w:t>ng ... giám sát vi</w:t>
      </w:r>
      <w:r>
        <w:t>ệ</w:t>
      </w:r>
      <w:r>
        <w:t>c th</w:t>
      </w:r>
      <w:r>
        <w:t>ự</w:t>
      </w:r>
      <w:r>
        <w:t>c hi</w:t>
      </w:r>
      <w:r>
        <w:t>ệ</w:t>
      </w:r>
      <w:r>
        <w:t>n quy</w:t>
      </w:r>
      <w:r>
        <w:t>ế</w:t>
      </w:r>
      <w:r>
        <w:t>t đ</w:t>
      </w:r>
      <w:r>
        <w:t>ị</w:t>
      </w:r>
      <w:r>
        <w:t>nh này.</w:t>
      </w:r>
    </w:p>
    <w:p w:rsidR="00C1108E" w:rsidRDefault="00215F4E">
      <w:r>
        <w:t>Đi</w:t>
      </w:r>
      <w:r>
        <w:t>ề</w:t>
      </w:r>
      <w:r>
        <w:t>u 4. Ông/bà Nguy</w:t>
      </w:r>
      <w:r>
        <w:t>ễ</w:t>
      </w:r>
      <w:r>
        <w:t>n Văn A và các cơ quan, t</w:t>
      </w:r>
      <w:r>
        <w:t>ổ</w:t>
      </w:r>
      <w:r>
        <w:t xml:space="preserve"> ch</w:t>
      </w:r>
      <w:r>
        <w:t>ứ</w:t>
      </w:r>
      <w:r>
        <w:t>c có liên quan ch</w:t>
      </w:r>
      <w:r>
        <w:t>ị</w:t>
      </w:r>
      <w:r>
        <w:t>u trách nhi</w:t>
      </w:r>
      <w:r>
        <w:t>ệ</w:t>
      </w:r>
      <w:r>
        <w:t>m thi hành Quy</w:t>
      </w:r>
      <w:r>
        <w:t>ế</w:t>
      </w:r>
      <w:r>
        <w:t>t đ</w:t>
      </w:r>
      <w:r>
        <w:t>ị</w:t>
      </w:r>
      <w:r>
        <w:t>n</w:t>
      </w:r>
      <w:r>
        <w:t>h này.</w:t>
      </w:r>
    </w:p>
    <w:p w:rsidR="00C1108E" w:rsidRDefault="00215F4E">
      <w:r>
        <w:lastRenderedPageBreak/>
        <w:br/>
        <w:t>Nơi nh</w:t>
      </w:r>
      <w:r>
        <w:t>ậ</w:t>
      </w:r>
      <w:r>
        <w:t>n:</w:t>
      </w:r>
      <w:r>
        <w:br/>
        <w:t>- Như Đi</w:t>
      </w:r>
      <w:r>
        <w:t>ề</w:t>
      </w:r>
      <w:r>
        <w:t>u 4;</w:t>
      </w:r>
      <w:r>
        <w:br/>
        <w:t>- Lưu VT.</w:t>
      </w:r>
    </w:p>
    <w:p w:rsidR="00C1108E" w:rsidRDefault="00215F4E">
      <w:pPr>
        <w:jc w:val="center"/>
      </w:pPr>
      <w:r>
        <w:br/>
        <w:t>CH</w:t>
      </w:r>
      <w:r>
        <w:t>Ủ</w:t>
      </w:r>
      <w:r>
        <w:t xml:space="preserve"> T</w:t>
      </w:r>
      <w:r>
        <w:t>Ị</w:t>
      </w:r>
      <w:r>
        <w:t>CH UBND PHƯ</w:t>
      </w:r>
      <w:r>
        <w:t>Ờ</w:t>
      </w:r>
      <w:r>
        <w:t>NG</w:t>
      </w:r>
      <w:r>
        <w:br/>
        <w:t>(ký tên, đóng d</w:t>
      </w:r>
      <w:r>
        <w:t>ấ</w:t>
      </w:r>
      <w:r>
        <w:t>u)</w:t>
      </w:r>
    </w:p>
    <w:sectPr w:rsidR="00C110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F4E"/>
    <w:rsid w:val="0029639D"/>
    <w:rsid w:val="00326F90"/>
    <w:rsid w:val="00AA1D8D"/>
    <w:rsid w:val="00B47730"/>
    <w:rsid w:val="00C1108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BAD37EA-0B6D-4DBD-B5BA-E024D2D1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7F49DE-DE6C-4567-B829-919B72D69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2025-06-30T03:35:00Z</dcterms:created>
  <dcterms:modified xsi:type="dcterms:W3CDTF">2025-06-30T03:35:00Z</dcterms:modified>
  <cp:category/>
</cp:coreProperties>
</file>