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3B43" w:rsidRPr="00CD5368" w:rsidRDefault="00CD5368" w:rsidP="00CD5368">
      <w:pPr>
        <w:pStyle w:val="Heading1"/>
        <w:jc w:val="center"/>
        <w:rPr>
          <w:color w:val="000000" w:themeColor="text1"/>
        </w:rPr>
      </w:pPr>
      <w:r w:rsidRPr="00CD5368">
        <w:rPr>
          <w:color w:val="000000" w:themeColor="text1"/>
        </w:rPr>
        <w:t>M</w:t>
      </w:r>
      <w:r w:rsidRPr="00CD5368">
        <w:rPr>
          <w:color w:val="000000" w:themeColor="text1"/>
        </w:rPr>
        <w:t>Ẫ</w:t>
      </w:r>
      <w:r w:rsidRPr="00CD5368">
        <w:rPr>
          <w:color w:val="000000" w:themeColor="text1"/>
        </w:rPr>
        <w:t>U H</w:t>
      </w:r>
      <w:r w:rsidRPr="00CD5368">
        <w:rPr>
          <w:color w:val="000000" w:themeColor="text1"/>
        </w:rPr>
        <w:t>Ợ</w:t>
      </w:r>
      <w:r w:rsidRPr="00CD5368">
        <w:rPr>
          <w:color w:val="000000" w:themeColor="text1"/>
        </w:rPr>
        <w:t>P Đ</w:t>
      </w:r>
      <w:r w:rsidRPr="00CD5368">
        <w:rPr>
          <w:color w:val="000000" w:themeColor="text1"/>
        </w:rPr>
        <w:t>Ồ</w:t>
      </w:r>
      <w:r w:rsidRPr="00CD5368">
        <w:rPr>
          <w:color w:val="000000" w:themeColor="text1"/>
        </w:rPr>
        <w:t>NG D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CH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 xml:space="preserve"> / SERVICE AGREEMENT</w:t>
      </w:r>
    </w:p>
    <w:p w:rsidR="00243B43" w:rsidRPr="00CD5368" w:rsidRDefault="00CD5368" w:rsidP="00CD5368">
      <w:pPr>
        <w:jc w:val="center"/>
        <w:rPr>
          <w:color w:val="000000" w:themeColor="text1"/>
        </w:rPr>
      </w:pPr>
      <w:r w:rsidRPr="00CD5368">
        <w:rPr>
          <w:color w:val="000000" w:themeColor="text1"/>
        </w:rPr>
        <w:t>S</w:t>
      </w:r>
      <w:r w:rsidRPr="00CD5368">
        <w:rPr>
          <w:color w:val="000000" w:themeColor="text1"/>
        </w:rPr>
        <w:t>ố</w:t>
      </w:r>
      <w:r w:rsidRPr="00CD5368">
        <w:rPr>
          <w:color w:val="000000" w:themeColor="text1"/>
        </w:rPr>
        <w:t xml:space="preserve"> / No.: ………./HĐDV-2025</w:t>
      </w:r>
    </w:p>
    <w:p w:rsidR="00243B43" w:rsidRPr="00CD5368" w:rsidRDefault="00CD5368" w:rsidP="00CD5368">
      <w:pPr>
        <w:jc w:val="center"/>
        <w:rPr>
          <w:color w:val="000000" w:themeColor="text1"/>
        </w:rPr>
      </w:pPr>
      <w:r w:rsidRPr="00CD5368">
        <w:rPr>
          <w:color w:val="000000" w:themeColor="text1"/>
        </w:rPr>
        <w:t>Ngày / Date: …… tháng …… năm 2025</w:t>
      </w:r>
    </w:p>
    <w:p w:rsidR="00243B43" w:rsidRPr="00CD5368" w:rsidRDefault="00CD5368" w:rsidP="00CD5368">
      <w:pPr>
        <w:jc w:val="center"/>
        <w:rPr>
          <w:color w:val="000000" w:themeColor="text1"/>
        </w:rPr>
      </w:pPr>
      <w:r w:rsidRPr="00CD5368">
        <w:rPr>
          <w:color w:val="000000" w:themeColor="text1"/>
        </w:rPr>
        <w:t>Location: ……………………………</w:t>
      </w:r>
    </w:p>
    <w:p w:rsidR="00243B43" w:rsidRPr="00CD5368" w:rsidRDefault="00CD5368">
      <w:pPr>
        <w:pStyle w:val="Heading2"/>
        <w:rPr>
          <w:color w:val="000000" w:themeColor="text1"/>
        </w:rPr>
      </w:pPr>
      <w:r w:rsidRPr="00CD5368">
        <w:rPr>
          <w:color w:val="000000" w:themeColor="text1"/>
        </w:rPr>
        <w:t>BÊN A (BÊN THUÊ D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CH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>)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Party A (Client):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Tên doanh nghi</w:t>
      </w:r>
      <w:r w:rsidRPr="00CD5368">
        <w:rPr>
          <w:color w:val="000000" w:themeColor="text1"/>
        </w:rPr>
        <w:t>ệ</w:t>
      </w:r>
      <w:r w:rsidRPr="00CD5368">
        <w:rPr>
          <w:color w:val="000000" w:themeColor="text1"/>
        </w:rPr>
        <w:t>p / Company name: 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Đ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a ch</w:t>
      </w:r>
      <w:r w:rsidRPr="00CD5368">
        <w:rPr>
          <w:color w:val="000000" w:themeColor="text1"/>
        </w:rPr>
        <w:t>ỉ</w:t>
      </w:r>
      <w:r w:rsidRPr="00CD5368">
        <w:rPr>
          <w:color w:val="000000" w:themeColor="text1"/>
        </w:rPr>
        <w:t xml:space="preserve"> / Address: </w:t>
      </w:r>
      <w:r w:rsidRPr="00CD5368">
        <w:rPr>
          <w:color w:val="000000" w:themeColor="text1"/>
        </w:rPr>
        <w:t>…………………………………………………………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Đ</w:t>
      </w:r>
      <w:r w:rsidRPr="00CD5368">
        <w:rPr>
          <w:color w:val="000000" w:themeColor="text1"/>
        </w:rPr>
        <w:t>ạ</w:t>
      </w:r>
      <w:r w:rsidRPr="00CD5368">
        <w:rPr>
          <w:color w:val="000000" w:themeColor="text1"/>
        </w:rPr>
        <w:t>i di</w:t>
      </w:r>
      <w:r w:rsidRPr="00CD5368">
        <w:rPr>
          <w:color w:val="000000" w:themeColor="text1"/>
        </w:rPr>
        <w:t>ệ</w:t>
      </w:r>
      <w:r w:rsidRPr="00CD5368">
        <w:rPr>
          <w:color w:val="000000" w:themeColor="text1"/>
        </w:rPr>
        <w:t>n / Representative: 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Ch</w:t>
      </w:r>
      <w:r w:rsidRPr="00CD5368">
        <w:rPr>
          <w:color w:val="000000" w:themeColor="text1"/>
        </w:rPr>
        <w:t>ứ</w:t>
      </w:r>
      <w:r w:rsidRPr="00CD5368">
        <w:rPr>
          <w:color w:val="000000" w:themeColor="text1"/>
        </w:rPr>
        <w:t>c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 xml:space="preserve"> / Position: ………………………………………………………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Mã s</w:t>
      </w:r>
      <w:r w:rsidRPr="00CD5368">
        <w:rPr>
          <w:color w:val="000000" w:themeColor="text1"/>
        </w:rPr>
        <w:t>ố</w:t>
      </w:r>
      <w:r w:rsidRPr="00CD5368">
        <w:rPr>
          <w:color w:val="000000" w:themeColor="text1"/>
        </w:rPr>
        <w:t xml:space="preserve"> thu</w:t>
      </w:r>
      <w:r w:rsidRPr="00CD5368">
        <w:rPr>
          <w:color w:val="000000" w:themeColor="text1"/>
        </w:rPr>
        <w:t>ế</w:t>
      </w:r>
      <w:r w:rsidRPr="00CD5368">
        <w:rPr>
          <w:color w:val="000000" w:themeColor="text1"/>
        </w:rPr>
        <w:t xml:space="preserve"> / Tax code: …………………………………………………</w:t>
      </w:r>
    </w:p>
    <w:p w:rsidR="00243B43" w:rsidRPr="00CD5368" w:rsidRDefault="00CD5368">
      <w:pPr>
        <w:pStyle w:val="Heading2"/>
        <w:rPr>
          <w:color w:val="000000" w:themeColor="text1"/>
        </w:rPr>
      </w:pPr>
      <w:r w:rsidRPr="00CD5368">
        <w:rPr>
          <w:color w:val="000000" w:themeColor="text1"/>
        </w:rPr>
        <w:t>BÊN B (BÊN CUNG C</w:t>
      </w:r>
      <w:r w:rsidRPr="00CD5368">
        <w:rPr>
          <w:color w:val="000000" w:themeColor="text1"/>
        </w:rPr>
        <w:t>Ấ</w:t>
      </w:r>
      <w:r w:rsidRPr="00CD5368">
        <w:rPr>
          <w:color w:val="000000" w:themeColor="text1"/>
        </w:rPr>
        <w:t>P D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CH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>)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Party B (Service Provider):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Tên doanh nghi</w:t>
      </w:r>
      <w:r w:rsidRPr="00CD5368">
        <w:rPr>
          <w:color w:val="000000" w:themeColor="text1"/>
        </w:rPr>
        <w:t>ệ</w:t>
      </w:r>
      <w:r w:rsidRPr="00CD5368">
        <w:rPr>
          <w:color w:val="000000" w:themeColor="text1"/>
        </w:rPr>
        <w:t>p / Company name: …………</w:t>
      </w:r>
      <w:r w:rsidRPr="00CD5368">
        <w:rPr>
          <w:color w:val="000000" w:themeColor="text1"/>
        </w:rPr>
        <w:t>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Đ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a ch</w:t>
      </w:r>
      <w:r w:rsidRPr="00CD5368">
        <w:rPr>
          <w:color w:val="000000" w:themeColor="text1"/>
        </w:rPr>
        <w:t>ỉ</w:t>
      </w:r>
      <w:r w:rsidRPr="00CD5368">
        <w:rPr>
          <w:color w:val="000000" w:themeColor="text1"/>
        </w:rPr>
        <w:t xml:space="preserve"> / Address: …………………………………………………………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Đ</w:t>
      </w:r>
      <w:r w:rsidRPr="00CD5368">
        <w:rPr>
          <w:color w:val="000000" w:themeColor="text1"/>
        </w:rPr>
        <w:t>ạ</w:t>
      </w:r>
      <w:r w:rsidRPr="00CD5368">
        <w:rPr>
          <w:color w:val="000000" w:themeColor="text1"/>
        </w:rPr>
        <w:t>i di</w:t>
      </w:r>
      <w:r w:rsidRPr="00CD5368">
        <w:rPr>
          <w:color w:val="000000" w:themeColor="text1"/>
        </w:rPr>
        <w:t>ệ</w:t>
      </w:r>
      <w:r w:rsidRPr="00CD5368">
        <w:rPr>
          <w:color w:val="000000" w:themeColor="text1"/>
        </w:rPr>
        <w:t>n / Representative: 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Ch</w:t>
      </w:r>
      <w:r w:rsidRPr="00CD5368">
        <w:rPr>
          <w:color w:val="000000" w:themeColor="text1"/>
        </w:rPr>
        <w:t>ứ</w:t>
      </w:r>
      <w:r w:rsidRPr="00CD5368">
        <w:rPr>
          <w:color w:val="000000" w:themeColor="text1"/>
        </w:rPr>
        <w:t>c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 xml:space="preserve"> / Position: ………………………………………………………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- Mã s</w:t>
      </w:r>
      <w:r w:rsidRPr="00CD5368">
        <w:rPr>
          <w:color w:val="000000" w:themeColor="text1"/>
        </w:rPr>
        <w:t>ố</w:t>
      </w:r>
      <w:r w:rsidRPr="00CD5368">
        <w:rPr>
          <w:color w:val="000000" w:themeColor="text1"/>
        </w:rPr>
        <w:t xml:space="preserve"> thu</w:t>
      </w:r>
      <w:r w:rsidRPr="00CD5368">
        <w:rPr>
          <w:color w:val="000000" w:themeColor="text1"/>
        </w:rPr>
        <w:t>ế</w:t>
      </w:r>
      <w:r w:rsidRPr="00CD5368">
        <w:rPr>
          <w:color w:val="000000" w:themeColor="text1"/>
        </w:rPr>
        <w:t xml:space="preserve"> / Tax code: …………………………………………………</w:t>
      </w:r>
    </w:p>
    <w:p w:rsidR="00243B43" w:rsidRPr="00CD5368" w:rsidRDefault="00CD5368">
      <w:pPr>
        <w:pStyle w:val="Heading2"/>
        <w:rPr>
          <w:color w:val="000000" w:themeColor="text1"/>
        </w:rPr>
      </w:pPr>
      <w:r w:rsidRPr="00CD5368">
        <w:rPr>
          <w:color w:val="000000" w:themeColor="text1"/>
        </w:rPr>
        <w:t>ĐI</w:t>
      </w:r>
      <w:r w:rsidRPr="00CD5368">
        <w:rPr>
          <w:color w:val="000000" w:themeColor="text1"/>
        </w:rPr>
        <w:t>Ề</w:t>
      </w:r>
      <w:r w:rsidRPr="00CD5368">
        <w:rPr>
          <w:color w:val="000000" w:themeColor="text1"/>
        </w:rPr>
        <w:t>U 1. N</w:t>
      </w:r>
      <w:r w:rsidRPr="00CD5368">
        <w:rPr>
          <w:color w:val="000000" w:themeColor="text1"/>
        </w:rPr>
        <w:t>Ộ</w:t>
      </w:r>
      <w:r w:rsidRPr="00CD5368">
        <w:rPr>
          <w:color w:val="000000" w:themeColor="text1"/>
        </w:rPr>
        <w:t>I DUNG D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CH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 xml:space="preserve"> / ARTICLE 1. SERVICE DESCRIPTION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 xml:space="preserve">Bên B </w:t>
      </w:r>
      <w:r w:rsidRPr="00CD5368">
        <w:rPr>
          <w:color w:val="000000" w:themeColor="text1"/>
        </w:rPr>
        <w:t>đ</w:t>
      </w:r>
      <w:r w:rsidRPr="00CD5368">
        <w:rPr>
          <w:color w:val="000000" w:themeColor="text1"/>
        </w:rPr>
        <w:t>ồ</w:t>
      </w:r>
      <w:r w:rsidRPr="00CD5368">
        <w:rPr>
          <w:color w:val="000000" w:themeColor="text1"/>
        </w:rPr>
        <w:t>ng ý cung c</w:t>
      </w:r>
      <w:r w:rsidRPr="00CD5368">
        <w:rPr>
          <w:color w:val="000000" w:themeColor="text1"/>
        </w:rPr>
        <w:t>ấ</w:t>
      </w:r>
      <w:r w:rsidRPr="00CD5368">
        <w:rPr>
          <w:color w:val="000000" w:themeColor="text1"/>
        </w:rPr>
        <w:t>p d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>ch v</w:t>
      </w:r>
      <w:r w:rsidRPr="00CD5368">
        <w:rPr>
          <w:color w:val="000000" w:themeColor="text1"/>
        </w:rPr>
        <w:t>ụ</w:t>
      </w:r>
      <w:r w:rsidRPr="00CD5368">
        <w:rPr>
          <w:color w:val="000000" w:themeColor="text1"/>
        </w:rPr>
        <w:t xml:space="preserve"> …………………………………………………………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Party B agrees to provide the service of ………………………………………………</w:t>
      </w:r>
    </w:p>
    <w:p w:rsidR="00243B43" w:rsidRPr="00CD5368" w:rsidRDefault="00CD5368">
      <w:pPr>
        <w:pStyle w:val="Heading2"/>
        <w:rPr>
          <w:color w:val="000000" w:themeColor="text1"/>
        </w:rPr>
      </w:pPr>
      <w:r w:rsidRPr="00CD5368">
        <w:rPr>
          <w:color w:val="000000" w:themeColor="text1"/>
        </w:rPr>
        <w:t>ĐI</w:t>
      </w:r>
      <w:r w:rsidRPr="00CD5368">
        <w:rPr>
          <w:color w:val="000000" w:themeColor="text1"/>
        </w:rPr>
        <w:t>Ề</w:t>
      </w:r>
      <w:r w:rsidRPr="00CD5368">
        <w:rPr>
          <w:color w:val="000000" w:themeColor="text1"/>
        </w:rPr>
        <w:t>U 2. TH</w:t>
      </w:r>
      <w:r w:rsidRPr="00CD5368">
        <w:rPr>
          <w:color w:val="000000" w:themeColor="text1"/>
        </w:rPr>
        <w:t>Ờ</w:t>
      </w:r>
      <w:r w:rsidRPr="00CD5368">
        <w:rPr>
          <w:color w:val="000000" w:themeColor="text1"/>
        </w:rPr>
        <w:t>I H</w:t>
      </w:r>
      <w:r w:rsidRPr="00CD5368">
        <w:rPr>
          <w:color w:val="000000" w:themeColor="text1"/>
        </w:rPr>
        <w:t>Ạ</w:t>
      </w:r>
      <w:r w:rsidRPr="00CD5368">
        <w:rPr>
          <w:color w:val="000000" w:themeColor="text1"/>
        </w:rPr>
        <w:t>N H</w:t>
      </w:r>
      <w:r w:rsidRPr="00CD5368">
        <w:rPr>
          <w:color w:val="000000" w:themeColor="text1"/>
        </w:rPr>
        <w:t>Ợ</w:t>
      </w:r>
      <w:r w:rsidRPr="00CD5368">
        <w:rPr>
          <w:color w:val="000000" w:themeColor="text1"/>
        </w:rPr>
        <w:t>P Đ</w:t>
      </w:r>
      <w:r w:rsidRPr="00CD5368">
        <w:rPr>
          <w:color w:val="000000" w:themeColor="text1"/>
        </w:rPr>
        <w:t>Ồ</w:t>
      </w:r>
      <w:r w:rsidRPr="00CD5368">
        <w:rPr>
          <w:color w:val="000000" w:themeColor="text1"/>
        </w:rPr>
        <w:t>NG / ARTICLE 2. TERM OF CONTRACT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H</w:t>
      </w:r>
      <w:r w:rsidRPr="00CD5368">
        <w:rPr>
          <w:color w:val="000000" w:themeColor="text1"/>
        </w:rPr>
        <w:t>ợ</w:t>
      </w:r>
      <w:r w:rsidRPr="00CD5368">
        <w:rPr>
          <w:color w:val="000000" w:themeColor="text1"/>
        </w:rPr>
        <w:t>p đ</w:t>
      </w:r>
      <w:r w:rsidRPr="00CD5368">
        <w:rPr>
          <w:color w:val="000000" w:themeColor="text1"/>
        </w:rPr>
        <w:t>ồ</w:t>
      </w:r>
      <w:r w:rsidRPr="00CD5368">
        <w:rPr>
          <w:color w:val="000000" w:themeColor="text1"/>
        </w:rPr>
        <w:t>ng có hi</w:t>
      </w:r>
      <w:r w:rsidRPr="00CD5368">
        <w:rPr>
          <w:color w:val="000000" w:themeColor="text1"/>
        </w:rPr>
        <w:t>ệ</w:t>
      </w:r>
      <w:r w:rsidRPr="00CD5368">
        <w:rPr>
          <w:color w:val="000000" w:themeColor="text1"/>
        </w:rPr>
        <w:t>u l</w:t>
      </w:r>
      <w:r w:rsidRPr="00CD5368">
        <w:rPr>
          <w:color w:val="000000" w:themeColor="text1"/>
        </w:rPr>
        <w:t>ự</w:t>
      </w:r>
      <w:r w:rsidRPr="00CD5368">
        <w:rPr>
          <w:color w:val="000000" w:themeColor="text1"/>
        </w:rPr>
        <w:t>c t</w:t>
      </w:r>
      <w:r w:rsidRPr="00CD5368">
        <w:rPr>
          <w:color w:val="000000" w:themeColor="text1"/>
        </w:rPr>
        <w:t>ừ</w:t>
      </w:r>
      <w:r w:rsidRPr="00CD5368">
        <w:rPr>
          <w:color w:val="000000" w:themeColor="text1"/>
        </w:rPr>
        <w:t xml:space="preserve"> ngày … đ</w:t>
      </w:r>
      <w:r w:rsidRPr="00CD5368">
        <w:rPr>
          <w:color w:val="000000" w:themeColor="text1"/>
        </w:rPr>
        <w:t>ế</w:t>
      </w:r>
      <w:r w:rsidRPr="00CD5368">
        <w:rPr>
          <w:color w:val="000000" w:themeColor="text1"/>
        </w:rPr>
        <w:t>n ngày …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This contract is effective from … to …</w:t>
      </w:r>
    </w:p>
    <w:p w:rsidR="00243B43" w:rsidRPr="00CD5368" w:rsidRDefault="00CD5368">
      <w:pPr>
        <w:pStyle w:val="Heading2"/>
        <w:rPr>
          <w:color w:val="000000" w:themeColor="text1"/>
        </w:rPr>
      </w:pPr>
      <w:r w:rsidRPr="00CD5368">
        <w:rPr>
          <w:color w:val="000000" w:themeColor="text1"/>
        </w:rPr>
        <w:t>ĐI</w:t>
      </w:r>
      <w:r w:rsidRPr="00CD5368">
        <w:rPr>
          <w:color w:val="000000" w:themeColor="text1"/>
        </w:rPr>
        <w:t>Ề</w:t>
      </w:r>
      <w:r w:rsidRPr="00CD5368">
        <w:rPr>
          <w:color w:val="000000" w:themeColor="text1"/>
        </w:rPr>
        <w:t xml:space="preserve">U 3. GIÁ </w:t>
      </w:r>
      <w:r w:rsidRPr="00CD5368">
        <w:rPr>
          <w:color w:val="000000" w:themeColor="text1"/>
        </w:rPr>
        <w:t>TR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 xml:space="preserve"> H</w:t>
      </w:r>
      <w:r w:rsidRPr="00CD5368">
        <w:rPr>
          <w:color w:val="000000" w:themeColor="text1"/>
        </w:rPr>
        <w:t>Ợ</w:t>
      </w:r>
      <w:r w:rsidRPr="00CD5368">
        <w:rPr>
          <w:color w:val="000000" w:themeColor="text1"/>
        </w:rPr>
        <w:t>P Đ</w:t>
      </w:r>
      <w:r w:rsidRPr="00CD5368">
        <w:rPr>
          <w:color w:val="000000" w:themeColor="text1"/>
        </w:rPr>
        <w:t>Ồ</w:t>
      </w:r>
      <w:r w:rsidRPr="00CD5368">
        <w:rPr>
          <w:color w:val="000000" w:themeColor="text1"/>
        </w:rPr>
        <w:t>NG VÀ PHƯƠNG TH</w:t>
      </w:r>
      <w:r w:rsidRPr="00CD5368">
        <w:rPr>
          <w:color w:val="000000" w:themeColor="text1"/>
        </w:rPr>
        <w:t>Ứ</w:t>
      </w:r>
      <w:r w:rsidRPr="00CD5368">
        <w:rPr>
          <w:color w:val="000000" w:themeColor="text1"/>
        </w:rPr>
        <w:t>C THANH TOÁN / ARTICLE 3. CONTRACT VALUE AND PAYMENT TERMS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T</w:t>
      </w:r>
      <w:r w:rsidRPr="00CD5368">
        <w:rPr>
          <w:color w:val="000000" w:themeColor="text1"/>
        </w:rPr>
        <w:t>ổ</w:t>
      </w:r>
      <w:r w:rsidRPr="00CD5368">
        <w:rPr>
          <w:color w:val="000000" w:themeColor="text1"/>
        </w:rPr>
        <w:t>ng giá tr</w:t>
      </w:r>
      <w:r w:rsidRPr="00CD5368">
        <w:rPr>
          <w:color w:val="000000" w:themeColor="text1"/>
        </w:rPr>
        <w:t>ị</w:t>
      </w:r>
      <w:r w:rsidRPr="00CD5368">
        <w:rPr>
          <w:color w:val="000000" w:themeColor="text1"/>
        </w:rPr>
        <w:t xml:space="preserve"> h</w:t>
      </w:r>
      <w:r w:rsidRPr="00CD5368">
        <w:rPr>
          <w:color w:val="000000" w:themeColor="text1"/>
        </w:rPr>
        <w:t>ợ</w:t>
      </w:r>
      <w:r w:rsidRPr="00CD5368">
        <w:rPr>
          <w:color w:val="000000" w:themeColor="text1"/>
        </w:rPr>
        <w:t>p đ</w:t>
      </w:r>
      <w:r w:rsidRPr="00CD5368">
        <w:rPr>
          <w:color w:val="000000" w:themeColor="text1"/>
        </w:rPr>
        <w:t>ồ</w:t>
      </w:r>
      <w:r w:rsidRPr="00CD5368">
        <w:rPr>
          <w:color w:val="000000" w:themeColor="text1"/>
        </w:rPr>
        <w:t>ng là ……………………………………… VNĐ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lastRenderedPageBreak/>
        <w:t>The total contract value is …………………………………… VND</w:t>
      </w:r>
    </w:p>
    <w:p w:rsidR="00243B43" w:rsidRPr="00CD5368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Phương th</w:t>
      </w:r>
      <w:r w:rsidRPr="00CD5368">
        <w:rPr>
          <w:color w:val="000000" w:themeColor="text1"/>
        </w:rPr>
        <w:t>ứ</w:t>
      </w:r>
      <w:r w:rsidRPr="00CD5368">
        <w:rPr>
          <w:color w:val="000000" w:themeColor="text1"/>
        </w:rPr>
        <w:t>c thanh toán: ………………………………………</w:t>
      </w:r>
    </w:p>
    <w:p w:rsidR="00243B43" w:rsidRDefault="00CD5368">
      <w:pPr>
        <w:rPr>
          <w:color w:val="000000" w:themeColor="text1"/>
        </w:rPr>
      </w:pPr>
      <w:r w:rsidRPr="00CD5368">
        <w:rPr>
          <w:color w:val="000000" w:themeColor="text1"/>
        </w:rPr>
        <w:t>Payment method: …………………………………………………</w:t>
      </w:r>
    </w:p>
    <w:p w:rsidR="00CD5368" w:rsidRDefault="00CD5368" w:rsidP="00CD5368">
      <w:pPr>
        <w:tabs>
          <w:tab w:val="left" w:pos="567"/>
        </w:tabs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526" w:type="dxa"/>
        <w:jc w:val="center"/>
        <w:tblLook w:val="04A0" w:firstRow="1" w:lastRow="0" w:firstColumn="1" w:lastColumn="0" w:noHBand="0" w:noVBand="1"/>
      </w:tblPr>
      <w:tblGrid>
        <w:gridCol w:w="3652"/>
        <w:gridCol w:w="1189"/>
        <w:gridCol w:w="3685"/>
      </w:tblGrid>
      <w:tr w:rsidR="00CD5368" w:rsidTr="00CD5368">
        <w:trPr>
          <w:jc w:val="center"/>
        </w:trPr>
        <w:tc>
          <w:tcPr>
            <w:tcW w:w="3652" w:type="dxa"/>
            <w:hideMark/>
          </w:tcPr>
          <w:p w:rsidR="00CD5368" w:rsidRDefault="00CD5368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ĐẠI DIỆN BÊN A</w:t>
            </w:r>
          </w:p>
          <w:p w:rsidR="00CD5368" w:rsidRDefault="00CD5368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 tên)</w:t>
            </w:r>
          </w:p>
        </w:tc>
        <w:tc>
          <w:tcPr>
            <w:tcW w:w="1189" w:type="dxa"/>
          </w:tcPr>
          <w:p w:rsidR="00CD5368" w:rsidRDefault="00CD5368">
            <w:pPr>
              <w:tabs>
                <w:tab w:val="left" w:pos="567"/>
              </w:tabs>
              <w:spacing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hideMark/>
          </w:tcPr>
          <w:p w:rsidR="00CD5368" w:rsidRDefault="00CD5368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ĐẠI DIỆN BÊN B</w:t>
            </w:r>
          </w:p>
          <w:p w:rsidR="00CD5368" w:rsidRDefault="00CD5368">
            <w:pPr>
              <w:tabs>
                <w:tab w:val="left" w:pos="567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 tên)</w:t>
            </w:r>
          </w:p>
        </w:tc>
      </w:tr>
    </w:tbl>
    <w:p w:rsidR="00CD5368" w:rsidRPr="00CD5368" w:rsidRDefault="00CD5368">
      <w:pPr>
        <w:rPr>
          <w:color w:val="000000" w:themeColor="text1"/>
        </w:rPr>
      </w:pPr>
      <w:bookmarkStart w:id="0" w:name="_GoBack"/>
      <w:bookmarkEnd w:id="0"/>
    </w:p>
    <w:sectPr w:rsidR="00CD5368" w:rsidRPr="00CD536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3B43"/>
    <w:rsid w:val="0029639D"/>
    <w:rsid w:val="00326F90"/>
    <w:rsid w:val="00AA1D8D"/>
    <w:rsid w:val="00B47730"/>
    <w:rsid w:val="00CB0664"/>
    <w:rsid w:val="00CD53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005B3"/>
  <w14:defaultImageDpi w14:val="300"/>
  <w15:docId w15:val="{200E189B-BE12-49E6-B54D-67C07ADC0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7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09EBFC-8F73-415B-9315-36CB0F086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2025-05-22T11:30:00Z</dcterms:created>
  <dcterms:modified xsi:type="dcterms:W3CDTF">2025-05-22T11:30:00Z</dcterms:modified>
  <cp:category/>
</cp:coreProperties>
</file>