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621" w:rsidRPr="00511284" w:rsidRDefault="00511284">
      <w:pPr>
        <w:jc w:val="center"/>
        <w:rPr>
          <w:b/>
          <w:sz w:val="28"/>
          <w:szCs w:val="28"/>
        </w:rPr>
      </w:pPr>
      <w:r w:rsidRPr="00511284">
        <w:rPr>
          <w:b/>
          <w:sz w:val="28"/>
          <w:szCs w:val="28"/>
        </w:rPr>
        <w:t>C</w:t>
      </w:r>
      <w:r w:rsidRPr="00511284">
        <w:rPr>
          <w:b/>
          <w:sz w:val="28"/>
          <w:szCs w:val="28"/>
        </w:rPr>
        <w:t>Ộ</w:t>
      </w:r>
      <w:r w:rsidRPr="00511284">
        <w:rPr>
          <w:b/>
          <w:sz w:val="28"/>
          <w:szCs w:val="28"/>
        </w:rPr>
        <w:t>NG HÒA XÃ H</w:t>
      </w:r>
      <w:r w:rsidRPr="00511284">
        <w:rPr>
          <w:b/>
          <w:sz w:val="28"/>
          <w:szCs w:val="28"/>
        </w:rPr>
        <w:t>Ộ</w:t>
      </w:r>
      <w:r w:rsidRPr="00511284">
        <w:rPr>
          <w:b/>
          <w:sz w:val="28"/>
          <w:szCs w:val="28"/>
        </w:rPr>
        <w:t>I CH</w:t>
      </w:r>
      <w:r w:rsidRPr="00511284">
        <w:rPr>
          <w:b/>
          <w:sz w:val="28"/>
          <w:szCs w:val="28"/>
        </w:rPr>
        <w:t>Ủ</w:t>
      </w:r>
      <w:r w:rsidRPr="00511284">
        <w:rPr>
          <w:b/>
          <w:sz w:val="28"/>
          <w:szCs w:val="28"/>
        </w:rPr>
        <w:t xml:space="preserve"> NGHĨA VI</w:t>
      </w:r>
      <w:r w:rsidRPr="00511284">
        <w:rPr>
          <w:b/>
          <w:sz w:val="28"/>
          <w:szCs w:val="28"/>
        </w:rPr>
        <w:t>Ệ</w:t>
      </w:r>
      <w:r w:rsidRPr="00511284">
        <w:rPr>
          <w:b/>
          <w:sz w:val="28"/>
          <w:szCs w:val="28"/>
        </w:rPr>
        <w:t>T NAM</w:t>
      </w:r>
      <w:r w:rsidRPr="00511284">
        <w:rPr>
          <w:b/>
          <w:sz w:val="28"/>
          <w:szCs w:val="28"/>
        </w:rPr>
        <w:br/>
        <w:t>Đ</w:t>
      </w:r>
      <w:r w:rsidRPr="00511284">
        <w:rPr>
          <w:b/>
          <w:sz w:val="28"/>
          <w:szCs w:val="28"/>
        </w:rPr>
        <w:t>ộ</w:t>
      </w:r>
      <w:r w:rsidRPr="00511284">
        <w:rPr>
          <w:b/>
          <w:sz w:val="28"/>
          <w:szCs w:val="28"/>
        </w:rPr>
        <w:t>c l</w:t>
      </w:r>
      <w:r w:rsidRPr="00511284">
        <w:rPr>
          <w:b/>
          <w:sz w:val="28"/>
          <w:szCs w:val="28"/>
        </w:rPr>
        <w:t>ậ</w:t>
      </w:r>
      <w:r w:rsidRPr="00511284">
        <w:rPr>
          <w:b/>
          <w:sz w:val="28"/>
          <w:szCs w:val="28"/>
        </w:rPr>
        <w:t>p – T</w:t>
      </w:r>
      <w:r w:rsidRPr="00511284">
        <w:rPr>
          <w:b/>
          <w:sz w:val="28"/>
          <w:szCs w:val="28"/>
        </w:rPr>
        <w:t>ự</w:t>
      </w:r>
      <w:r w:rsidRPr="00511284">
        <w:rPr>
          <w:b/>
          <w:sz w:val="28"/>
          <w:szCs w:val="28"/>
        </w:rPr>
        <w:t xml:space="preserve"> do – H</w:t>
      </w:r>
      <w:r w:rsidRPr="00511284">
        <w:rPr>
          <w:b/>
          <w:sz w:val="28"/>
          <w:szCs w:val="28"/>
        </w:rPr>
        <w:t>ạ</w:t>
      </w:r>
      <w:r w:rsidRPr="00511284">
        <w:rPr>
          <w:b/>
          <w:sz w:val="28"/>
          <w:szCs w:val="28"/>
        </w:rPr>
        <w:t>nh phúc</w:t>
      </w:r>
    </w:p>
    <w:p w:rsidR="00AD2621" w:rsidRPr="00511284" w:rsidRDefault="00511284">
      <w:pPr>
        <w:jc w:val="center"/>
        <w:rPr>
          <w:b/>
          <w:sz w:val="28"/>
          <w:szCs w:val="28"/>
        </w:rPr>
      </w:pPr>
      <w:r w:rsidRPr="00511284">
        <w:rPr>
          <w:b/>
          <w:sz w:val="28"/>
          <w:szCs w:val="28"/>
        </w:rPr>
        <w:t>H</w:t>
      </w:r>
      <w:r w:rsidRPr="00511284">
        <w:rPr>
          <w:b/>
          <w:sz w:val="28"/>
          <w:szCs w:val="28"/>
        </w:rPr>
        <w:t>Ợ</w:t>
      </w:r>
      <w:r w:rsidRPr="00511284">
        <w:rPr>
          <w:b/>
          <w:sz w:val="28"/>
          <w:szCs w:val="28"/>
        </w:rPr>
        <w:t>P Đ</w:t>
      </w:r>
      <w:r w:rsidRPr="00511284">
        <w:rPr>
          <w:b/>
          <w:sz w:val="28"/>
          <w:szCs w:val="28"/>
        </w:rPr>
        <w:t>Ồ</w:t>
      </w:r>
      <w:r w:rsidRPr="00511284">
        <w:rPr>
          <w:b/>
          <w:sz w:val="28"/>
          <w:szCs w:val="28"/>
        </w:rPr>
        <w:t>NG H</w:t>
      </w:r>
      <w:r w:rsidRPr="00511284">
        <w:rPr>
          <w:b/>
          <w:sz w:val="28"/>
          <w:szCs w:val="28"/>
        </w:rPr>
        <w:t>Ứ</w:t>
      </w:r>
      <w:r w:rsidRPr="00511284">
        <w:rPr>
          <w:b/>
          <w:sz w:val="28"/>
          <w:szCs w:val="28"/>
        </w:rPr>
        <w:t>A MUA H</w:t>
      </w:r>
      <w:r w:rsidRPr="00511284">
        <w:rPr>
          <w:b/>
          <w:sz w:val="28"/>
          <w:szCs w:val="28"/>
        </w:rPr>
        <w:t>Ứ</w:t>
      </w:r>
      <w:r w:rsidRPr="00511284">
        <w:rPr>
          <w:b/>
          <w:sz w:val="28"/>
          <w:szCs w:val="28"/>
        </w:rPr>
        <w:t>A BÁN B</w:t>
      </w:r>
      <w:r w:rsidRPr="00511284">
        <w:rPr>
          <w:b/>
          <w:sz w:val="28"/>
          <w:szCs w:val="28"/>
        </w:rPr>
        <w:t>Ấ</w:t>
      </w:r>
      <w:r w:rsidRPr="00511284">
        <w:rPr>
          <w:b/>
          <w:sz w:val="28"/>
          <w:szCs w:val="28"/>
        </w:rPr>
        <w:t>T Đ</w:t>
      </w:r>
      <w:r w:rsidRPr="00511284">
        <w:rPr>
          <w:b/>
          <w:sz w:val="28"/>
          <w:szCs w:val="28"/>
        </w:rPr>
        <w:t>Ộ</w:t>
      </w:r>
      <w:r w:rsidRPr="00511284">
        <w:rPr>
          <w:b/>
          <w:sz w:val="28"/>
          <w:szCs w:val="28"/>
        </w:rPr>
        <w:t>NG S</w:t>
      </w:r>
      <w:r w:rsidRPr="00511284">
        <w:rPr>
          <w:b/>
          <w:sz w:val="28"/>
          <w:szCs w:val="28"/>
        </w:rPr>
        <w:t>Ả</w:t>
      </w:r>
      <w:r w:rsidRPr="00511284">
        <w:rPr>
          <w:b/>
          <w:sz w:val="28"/>
          <w:szCs w:val="28"/>
        </w:rPr>
        <w:t>N</w:t>
      </w:r>
      <w:r w:rsidRPr="00511284">
        <w:rPr>
          <w:b/>
          <w:sz w:val="28"/>
          <w:szCs w:val="28"/>
        </w:rPr>
        <w:br/>
        <w:t>S</w:t>
      </w:r>
      <w:r w:rsidRPr="00511284">
        <w:rPr>
          <w:b/>
          <w:sz w:val="28"/>
          <w:szCs w:val="28"/>
        </w:rPr>
        <w:t>ố</w:t>
      </w:r>
      <w:r w:rsidRPr="00511284">
        <w:rPr>
          <w:b/>
          <w:sz w:val="28"/>
          <w:szCs w:val="28"/>
        </w:rPr>
        <w:t>: … /2025/HĐ-HMHBBĐS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Hôm nay, ngày … tháng … năm 2025, t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 …, chúng tôi g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m: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BÊN 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A BÁN (BÊN A):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</w:t>
      </w:r>
      <w:r w:rsidRPr="00511284">
        <w:rPr>
          <w:sz w:val="28"/>
          <w:szCs w:val="28"/>
        </w:rPr>
        <w:t>ọ</w:t>
      </w:r>
      <w:r w:rsidRPr="00511284">
        <w:rPr>
          <w:sz w:val="28"/>
          <w:szCs w:val="28"/>
        </w:rPr>
        <w:t xml:space="preserve"> và tên: </w:t>
      </w:r>
      <w:r w:rsidRPr="00511284">
        <w:rPr>
          <w:sz w:val="28"/>
          <w:szCs w:val="28"/>
        </w:rPr>
        <w:t>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Ngày sinh: ...................................................................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CMND/CCCD s</w:t>
      </w:r>
      <w:r w:rsidRPr="00511284">
        <w:rPr>
          <w:sz w:val="28"/>
          <w:szCs w:val="28"/>
        </w:rPr>
        <w:t>ố</w:t>
      </w:r>
      <w:r w:rsidRPr="00511284">
        <w:rPr>
          <w:sz w:val="28"/>
          <w:szCs w:val="28"/>
        </w:rPr>
        <w:t>: ..................... c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 ngày: ............ t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i: 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</w:t>
      </w:r>
      <w:r w:rsidRPr="00511284">
        <w:rPr>
          <w:sz w:val="28"/>
          <w:szCs w:val="28"/>
        </w:rPr>
        <w:t>ộ</w:t>
      </w:r>
      <w:r w:rsidRPr="00511284">
        <w:rPr>
          <w:sz w:val="28"/>
          <w:szCs w:val="28"/>
        </w:rPr>
        <w:t xml:space="preserve"> kh</w:t>
      </w:r>
      <w:r w:rsidRPr="00511284">
        <w:rPr>
          <w:sz w:val="28"/>
          <w:szCs w:val="28"/>
        </w:rPr>
        <w:t>ẩ</w:t>
      </w:r>
      <w:r w:rsidRPr="00511284">
        <w:rPr>
          <w:sz w:val="28"/>
          <w:szCs w:val="28"/>
        </w:rPr>
        <w:t>u thư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ng trú: ..........</w:t>
      </w:r>
      <w:r w:rsidRPr="00511284">
        <w:rPr>
          <w:sz w:val="28"/>
          <w:szCs w:val="28"/>
        </w:rPr>
        <w:t>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S</w:t>
      </w:r>
      <w:r w:rsidRPr="00511284">
        <w:rPr>
          <w:sz w:val="28"/>
          <w:szCs w:val="28"/>
        </w:rPr>
        <w:t>ố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tho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i: .................................................................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BÊN 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A MUA (BÊN B):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</w:t>
      </w:r>
      <w:r w:rsidRPr="00511284">
        <w:rPr>
          <w:sz w:val="28"/>
          <w:szCs w:val="28"/>
        </w:rPr>
        <w:t>ọ</w:t>
      </w:r>
      <w:r w:rsidRPr="00511284">
        <w:rPr>
          <w:sz w:val="28"/>
          <w:szCs w:val="28"/>
        </w:rPr>
        <w:t xml:space="preserve"> và tên: ..................................................................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Ngày sinh: ..........</w:t>
      </w:r>
      <w:r w:rsidRPr="00511284">
        <w:rPr>
          <w:sz w:val="28"/>
          <w:szCs w:val="28"/>
        </w:rPr>
        <w:t>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CMND/CCCD s</w:t>
      </w:r>
      <w:r w:rsidRPr="00511284">
        <w:rPr>
          <w:sz w:val="28"/>
          <w:szCs w:val="28"/>
        </w:rPr>
        <w:t>ố</w:t>
      </w:r>
      <w:r w:rsidRPr="00511284">
        <w:rPr>
          <w:sz w:val="28"/>
          <w:szCs w:val="28"/>
        </w:rPr>
        <w:t>: ..................... c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 ngày: ............ t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i: 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</w:t>
      </w:r>
      <w:r w:rsidRPr="00511284">
        <w:rPr>
          <w:sz w:val="28"/>
          <w:szCs w:val="28"/>
        </w:rPr>
        <w:t>ộ</w:t>
      </w:r>
      <w:r w:rsidRPr="00511284">
        <w:rPr>
          <w:sz w:val="28"/>
          <w:szCs w:val="28"/>
        </w:rPr>
        <w:t xml:space="preserve"> kh</w:t>
      </w:r>
      <w:r w:rsidRPr="00511284">
        <w:rPr>
          <w:sz w:val="28"/>
          <w:szCs w:val="28"/>
        </w:rPr>
        <w:t>ẩ</w:t>
      </w:r>
      <w:r w:rsidRPr="00511284">
        <w:rPr>
          <w:sz w:val="28"/>
          <w:szCs w:val="28"/>
        </w:rPr>
        <w:t>u thư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ng trú: 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S</w:t>
      </w:r>
      <w:r w:rsidRPr="00511284">
        <w:rPr>
          <w:sz w:val="28"/>
          <w:szCs w:val="28"/>
        </w:rPr>
        <w:t>ố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tho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i: ......................</w:t>
      </w:r>
      <w:r w:rsidRPr="00511284">
        <w:rPr>
          <w:sz w:val="28"/>
          <w:szCs w:val="28"/>
        </w:rPr>
        <w:t>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1. THÔNG TIN B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T Đ</w:t>
      </w:r>
      <w:r w:rsidRPr="00511284">
        <w:rPr>
          <w:sz w:val="28"/>
          <w:szCs w:val="28"/>
        </w:rPr>
        <w:t>Ộ</w:t>
      </w:r>
      <w:r w:rsidRPr="00511284">
        <w:rPr>
          <w:sz w:val="28"/>
          <w:szCs w:val="28"/>
        </w:rPr>
        <w:t>NG S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Lo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 tài s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n: .........................................................................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Đ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a ch</w:t>
      </w:r>
      <w:r w:rsidRPr="00511284">
        <w:rPr>
          <w:sz w:val="28"/>
          <w:szCs w:val="28"/>
        </w:rPr>
        <w:t>ỉ</w:t>
      </w:r>
      <w:r w:rsidRPr="00511284">
        <w:rPr>
          <w:sz w:val="28"/>
          <w:szCs w:val="28"/>
        </w:rPr>
        <w:t>: ................................................................................</w:t>
      </w:r>
      <w:r w:rsidRPr="00511284">
        <w:rPr>
          <w:sz w:val="28"/>
          <w:szCs w:val="28"/>
        </w:rPr>
        <w:t>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Di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tích: ...............................................................................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Gi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y t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 xml:space="preserve"> liên quan: (Ghi rõ lo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 gi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y t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, ví d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>: Gi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y ch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ng nh</w:t>
      </w:r>
      <w:r w:rsidRPr="00511284">
        <w:rPr>
          <w:sz w:val="28"/>
          <w:szCs w:val="28"/>
        </w:rPr>
        <w:t>ậ</w:t>
      </w:r>
      <w:r w:rsidRPr="00511284">
        <w:rPr>
          <w:sz w:val="28"/>
          <w:szCs w:val="28"/>
        </w:rPr>
        <w:t>n QSDĐ s</w:t>
      </w:r>
      <w:r w:rsidRPr="00511284">
        <w:rPr>
          <w:sz w:val="28"/>
          <w:szCs w:val="28"/>
        </w:rPr>
        <w:t>ố</w:t>
      </w:r>
      <w:r w:rsidRPr="00511284">
        <w:rPr>
          <w:sz w:val="28"/>
          <w:szCs w:val="28"/>
        </w:rPr>
        <w:t>..., ngày c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p...)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lastRenderedPageBreak/>
        <w:t>- Tình tr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ng pháp lý hi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t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i: Chưa đ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sang tên theo quy đ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nh (lý do c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 xml:space="preserve"> th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: ví d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 xml:space="preserve"> đang th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 xml:space="preserve"> ch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p, chưa có s</w:t>
      </w:r>
      <w:r w:rsidRPr="00511284">
        <w:rPr>
          <w:sz w:val="28"/>
          <w:szCs w:val="28"/>
        </w:rPr>
        <w:t>ổ</w:t>
      </w:r>
      <w:r w:rsidRPr="00511284">
        <w:rPr>
          <w:sz w:val="28"/>
          <w:szCs w:val="28"/>
        </w:rPr>
        <w:t xml:space="preserve"> h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ng,...)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2. GIÁ C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 xml:space="preserve"> VÀ PHƯƠNG TH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C THANH TOÁN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Giá hai bên th</w:t>
      </w:r>
      <w:r w:rsidRPr="00511284">
        <w:rPr>
          <w:sz w:val="28"/>
          <w:szCs w:val="28"/>
        </w:rPr>
        <w:t>ỏ</w:t>
      </w:r>
      <w:r w:rsidRPr="00511284">
        <w:rPr>
          <w:sz w:val="28"/>
          <w:szCs w:val="28"/>
        </w:rPr>
        <w:t>a thu</w:t>
      </w:r>
      <w:r w:rsidRPr="00511284">
        <w:rPr>
          <w:sz w:val="28"/>
          <w:szCs w:val="28"/>
        </w:rPr>
        <w:t>ậ</w:t>
      </w:r>
      <w:r w:rsidRPr="00511284">
        <w:rPr>
          <w:sz w:val="28"/>
          <w:szCs w:val="28"/>
        </w:rPr>
        <w:t>n: ..................... VNĐ (B</w:t>
      </w:r>
      <w:r w:rsidRPr="00511284">
        <w:rPr>
          <w:sz w:val="28"/>
          <w:szCs w:val="28"/>
        </w:rPr>
        <w:t>ằ</w:t>
      </w:r>
      <w:r w:rsidRPr="00511284">
        <w:rPr>
          <w:sz w:val="28"/>
          <w:szCs w:val="28"/>
        </w:rPr>
        <w:t>ng ch</w:t>
      </w:r>
      <w:r w:rsidRPr="00511284">
        <w:rPr>
          <w:sz w:val="28"/>
          <w:szCs w:val="28"/>
        </w:rPr>
        <w:t>ữ</w:t>
      </w:r>
      <w:r w:rsidRPr="00511284">
        <w:rPr>
          <w:sz w:val="28"/>
          <w:szCs w:val="28"/>
        </w:rPr>
        <w:t>: .......................)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Phương th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c thanh toán: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kho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n/Ti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n m</w:t>
      </w:r>
      <w:r w:rsidRPr="00511284">
        <w:rPr>
          <w:sz w:val="28"/>
          <w:szCs w:val="28"/>
        </w:rPr>
        <w:t>ặ</w:t>
      </w:r>
      <w:r w:rsidRPr="00511284">
        <w:rPr>
          <w:sz w:val="28"/>
          <w:szCs w:val="28"/>
        </w:rPr>
        <w:t>t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L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ch thanh toán: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+ Đ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 xml:space="preserve">t 1: Thanh toán ........% (tương 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ng ........... VNĐ) khi ký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đ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 này.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+ Đ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t 2: Thanh toán ph</w:t>
      </w:r>
      <w:r w:rsidRPr="00511284">
        <w:rPr>
          <w:sz w:val="28"/>
          <w:szCs w:val="28"/>
        </w:rPr>
        <w:t>ầ</w:t>
      </w:r>
      <w:r w:rsidRPr="00511284">
        <w:rPr>
          <w:sz w:val="28"/>
          <w:szCs w:val="28"/>
        </w:rPr>
        <w:t>n còn l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i khi Bên A hoàn t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t th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t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>c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như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3. CAM K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T C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>A CÁC BÊN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1. Bên A cam k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t: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 - Không bán, th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 xml:space="preserve"> ch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p, cho t</w:t>
      </w:r>
      <w:r w:rsidRPr="00511284">
        <w:rPr>
          <w:sz w:val="28"/>
          <w:szCs w:val="28"/>
        </w:rPr>
        <w:t>ặ</w:t>
      </w:r>
      <w:r w:rsidRPr="00511284">
        <w:rPr>
          <w:sz w:val="28"/>
          <w:szCs w:val="28"/>
        </w:rPr>
        <w:t>ng,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như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 b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t đ</w:t>
      </w:r>
      <w:r w:rsidRPr="00511284">
        <w:rPr>
          <w:sz w:val="28"/>
          <w:szCs w:val="28"/>
        </w:rPr>
        <w:t>ộ</w:t>
      </w:r>
      <w:r w:rsidRPr="00511284">
        <w:rPr>
          <w:sz w:val="28"/>
          <w:szCs w:val="28"/>
        </w:rPr>
        <w:t>ng s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 cho bên th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 xml:space="preserve"> ba.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 - Có trách nhi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m hoàn thi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các th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t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>c pháp lý đ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 xml:space="preserve"> đ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m b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o đ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như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 - Giao d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ch v</w:t>
      </w:r>
      <w:r w:rsidRPr="00511284">
        <w:rPr>
          <w:sz w:val="28"/>
          <w:szCs w:val="28"/>
        </w:rPr>
        <w:t>ớ</w:t>
      </w:r>
      <w:r w:rsidRPr="00511284">
        <w:rPr>
          <w:sz w:val="28"/>
          <w:szCs w:val="28"/>
        </w:rPr>
        <w:t>i Bên B khi có đ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theo quy đ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nh pháp lu</w:t>
      </w:r>
      <w:r w:rsidRPr="00511284">
        <w:rPr>
          <w:sz w:val="28"/>
          <w:szCs w:val="28"/>
        </w:rPr>
        <w:t>ậ</w:t>
      </w:r>
      <w:r w:rsidRPr="00511284">
        <w:rPr>
          <w:sz w:val="28"/>
          <w:szCs w:val="28"/>
        </w:rPr>
        <w:t>t.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2. Bên B cam k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t: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 - Thanh toán đúng ti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n đ</w:t>
      </w:r>
      <w:r w:rsidRPr="00511284">
        <w:rPr>
          <w:sz w:val="28"/>
          <w:szCs w:val="28"/>
        </w:rPr>
        <w:t>ộ</w:t>
      </w:r>
      <w:r w:rsidRPr="00511284">
        <w:rPr>
          <w:sz w:val="28"/>
          <w:szCs w:val="28"/>
        </w:rPr>
        <w:t>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 xml:space="preserve">   -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tác trong quá trình hoàn t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t th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t</w:t>
      </w:r>
      <w:r w:rsidRPr="00511284">
        <w:rPr>
          <w:sz w:val="28"/>
          <w:szCs w:val="28"/>
        </w:rPr>
        <w:t>ụ</w:t>
      </w:r>
      <w:r w:rsidRPr="00511284">
        <w:rPr>
          <w:sz w:val="28"/>
          <w:szCs w:val="28"/>
        </w:rPr>
        <w:t>c pháp lý.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4. TH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I H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N VÀ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NHƯ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Th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i h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n th</w:t>
      </w:r>
      <w:r w:rsidRPr="00511284">
        <w:rPr>
          <w:sz w:val="28"/>
          <w:szCs w:val="28"/>
        </w:rPr>
        <w:t>ự</w:t>
      </w:r>
      <w:r w:rsidRPr="00511284">
        <w:rPr>
          <w:sz w:val="28"/>
          <w:szCs w:val="28"/>
        </w:rPr>
        <w:t>c hi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vi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c mua bán chính th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c: ........ tháng k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 xml:space="preserve"> t</w:t>
      </w:r>
      <w:r w:rsidRPr="00511284">
        <w:rPr>
          <w:sz w:val="28"/>
          <w:szCs w:val="28"/>
        </w:rPr>
        <w:t>ừ</w:t>
      </w:r>
      <w:r w:rsidRPr="00511284">
        <w:rPr>
          <w:sz w:val="28"/>
          <w:szCs w:val="28"/>
        </w:rPr>
        <w:t xml:space="preserve"> ngày ký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đ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 này.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Khi đ</w:t>
      </w:r>
      <w:r w:rsidRPr="00511284">
        <w:rPr>
          <w:sz w:val="28"/>
          <w:szCs w:val="28"/>
        </w:rPr>
        <w:t>ủ</w:t>
      </w:r>
      <w:r w:rsidRPr="00511284">
        <w:rPr>
          <w:sz w:val="28"/>
          <w:szCs w:val="28"/>
        </w:rPr>
        <w:t xml:space="preserve">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n chuy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>n như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ng, hai</w:t>
      </w:r>
      <w:r w:rsidRPr="00511284">
        <w:rPr>
          <w:sz w:val="28"/>
          <w:szCs w:val="28"/>
        </w:rPr>
        <w:t xml:space="preserve"> bên s</w:t>
      </w:r>
      <w:r w:rsidRPr="00511284">
        <w:rPr>
          <w:sz w:val="28"/>
          <w:szCs w:val="28"/>
        </w:rPr>
        <w:t>ẽ</w:t>
      </w:r>
      <w:r w:rsidRPr="00511284">
        <w:rPr>
          <w:sz w:val="28"/>
          <w:szCs w:val="28"/>
        </w:rPr>
        <w:t xml:space="preserve"> ký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đ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 mua bán công ch</w:t>
      </w:r>
      <w:r w:rsidRPr="00511284">
        <w:rPr>
          <w:sz w:val="28"/>
          <w:szCs w:val="28"/>
        </w:rPr>
        <w:t>ứ</w:t>
      </w:r>
      <w:r w:rsidRPr="00511284">
        <w:rPr>
          <w:sz w:val="28"/>
          <w:szCs w:val="28"/>
        </w:rPr>
        <w:t>ng theo đúng quy đ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>nh pháp lu</w:t>
      </w:r>
      <w:r w:rsidRPr="00511284">
        <w:rPr>
          <w:sz w:val="28"/>
          <w:szCs w:val="28"/>
        </w:rPr>
        <w:t>ậ</w:t>
      </w:r>
      <w:r w:rsidRPr="00511284">
        <w:rPr>
          <w:sz w:val="28"/>
          <w:szCs w:val="28"/>
        </w:rPr>
        <w:t>t.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5. PH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T VI PH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M VÀ GI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I QUY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T TRANH CH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Bên vi ph</w:t>
      </w:r>
      <w:r w:rsidRPr="00511284">
        <w:rPr>
          <w:sz w:val="28"/>
          <w:szCs w:val="28"/>
        </w:rPr>
        <w:t>ạ</w:t>
      </w:r>
      <w:r w:rsidRPr="00511284">
        <w:rPr>
          <w:sz w:val="28"/>
          <w:szCs w:val="28"/>
        </w:rPr>
        <w:t>m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đ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 ph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i b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i thư</w:t>
      </w:r>
      <w:r w:rsidRPr="00511284">
        <w:rPr>
          <w:sz w:val="28"/>
          <w:szCs w:val="28"/>
        </w:rPr>
        <w:t>ờ</w:t>
      </w:r>
      <w:r w:rsidRPr="00511284">
        <w:rPr>
          <w:sz w:val="28"/>
          <w:szCs w:val="28"/>
        </w:rPr>
        <w:t>ng .................................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Hai bên ưu tiên gi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i quy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t b</w:t>
      </w:r>
      <w:r w:rsidRPr="00511284">
        <w:rPr>
          <w:sz w:val="28"/>
          <w:szCs w:val="28"/>
        </w:rPr>
        <w:t>ằ</w:t>
      </w:r>
      <w:r w:rsidRPr="00511284">
        <w:rPr>
          <w:sz w:val="28"/>
          <w:szCs w:val="28"/>
        </w:rPr>
        <w:t>ng thương lư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ng. N</w:t>
      </w:r>
      <w:r w:rsidRPr="00511284">
        <w:rPr>
          <w:sz w:val="28"/>
          <w:szCs w:val="28"/>
        </w:rPr>
        <w:t>ế</w:t>
      </w:r>
      <w:r w:rsidRPr="00511284">
        <w:rPr>
          <w:sz w:val="28"/>
          <w:szCs w:val="28"/>
        </w:rPr>
        <w:t>u k</w:t>
      </w:r>
      <w:bookmarkStart w:id="0" w:name="_GoBack"/>
      <w:bookmarkEnd w:id="0"/>
      <w:r w:rsidRPr="00511284">
        <w:rPr>
          <w:sz w:val="28"/>
          <w:szCs w:val="28"/>
        </w:rPr>
        <w:t>hông thành, tra</w:t>
      </w:r>
      <w:r w:rsidRPr="00511284">
        <w:rPr>
          <w:sz w:val="28"/>
          <w:szCs w:val="28"/>
        </w:rPr>
        <w:t>nh ch</w:t>
      </w:r>
      <w:r w:rsidRPr="00511284">
        <w:rPr>
          <w:sz w:val="28"/>
          <w:szCs w:val="28"/>
        </w:rPr>
        <w:t>ấ</w:t>
      </w:r>
      <w:r w:rsidRPr="00511284">
        <w:rPr>
          <w:sz w:val="28"/>
          <w:szCs w:val="28"/>
        </w:rPr>
        <w:t>p s</w:t>
      </w:r>
      <w:r w:rsidRPr="00511284">
        <w:rPr>
          <w:sz w:val="28"/>
          <w:szCs w:val="28"/>
        </w:rPr>
        <w:t>ẽ</w:t>
      </w:r>
      <w:r w:rsidRPr="00511284">
        <w:rPr>
          <w:sz w:val="28"/>
          <w:szCs w:val="28"/>
        </w:rPr>
        <w:t xml:space="preserve"> đư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c đưa ra Tòa án có th</w:t>
      </w:r>
      <w:r w:rsidRPr="00511284">
        <w:rPr>
          <w:sz w:val="28"/>
          <w:szCs w:val="28"/>
        </w:rPr>
        <w:t>ẩ</w:t>
      </w:r>
      <w:r w:rsidRPr="00511284">
        <w:rPr>
          <w:sz w:val="28"/>
          <w:szCs w:val="28"/>
        </w:rPr>
        <w:t>m quy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n.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6. ĐI</w:t>
      </w:r>
      <w:r w:rsidRPr="00511284">
        <w:rPr>
          <w:sz w:val="28"/>
          <w:szCs w:val="28"/>
        </w:rPr>
        <w:t>Ề</w:t>
      </w:r>
      <w:r w:rsidRPr="00511284">
        <w:rPr>
          <w:sz w:val="28"/>
          <w:szCs w:val="28"/>
        </w:rPr>
        <w:t>U KHO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 CHUNG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H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p đ</w:t>
      </w:r>
      <w:r w:rsidRPr="00511284">
        <w:rPr>
          <w:sz w:val="28"/>
          <w:szCs w:val="28"/>
        </w:rPr>
        <w:t>ồ</w:t>
      </w:r>
      <w:r w:rsidRPr="00511284">
        <w:rPr>
          <w:sz w:val="28"/>
          <w:szCs w:val="28"/>
        </w:rPr>
        <w:t>ng này có hi</w:t>
      </w:r>
      <w:r w:rsidRPr="00511284">
        <w:rPr>
          <w:sz w:val="28"/>
          <w:szCs w:val="28"/>
        </w:rPr>
        <w:t>ệ</w:t>
      </w:r>
      <w:r w:rsidRPr="00511284">
        <w:rPr>
          <w:sz w:val="28"/>
          <w:szCs w:val="28"/>
        </w:rPr>
        <w:t>u l</w:t>
      </w:r>
      <w:r w:rsidRPr="00511284">
        <w:rPr>
          <w:sz w:val="28"/>
          <w:szCs w:val="28"/>
        </w:rPr>
        <w:t>ự</w:t>
      </w:r>
      <w:r w:rsidRPr="00511284">
        <w:rPr>
          <w:sz w:val="28"/>
          <w:szCs w:val="28"/>
        </w:rPr>
        <w:t>c k</w:t>
      </w:r>
      <w:r w:rsidRPr="00511284">
        <w:rPr>
          <w:sz w:val="28"/>
          <w:szCs w:val="28"/>
        </w:rPr>
        <w:t>ể</w:t>
      </w:r>
      <w:r w:rsidRPr="00511284">
        <w:rPr>
          <w:sz w:val="28"/>
          <w:szCs w:val="28"/>
        </w:rPr>
        <w:t xml:space="preserve"> t</w:t>
      </w:r>
      <w:r w:rsidRPr="00511284">
        <w:rPr>
          <w:sz w:val="28"/>
          <w:szCs w:val="28"/>
        </w:rPr>
        <w:t>ừ</w:t>
      </w:r>
      <w:r w:rsidRPr="00511284">
        <w:rPr>
          <w:sz w:val="28"/>
          <w:szCs w:val="28"/>
        </w:rPr>
        <w:t xml:space="preserve"> ngày ký.</w:t>
      </w:r>
    </w:p>
    <w:p w:rsidR="00AD2621" w:rsidRPr="00511284" w:rsidRDefault="00511284">
      <w:pPr>
        <w:rPr>
          <w:sz w:val="28"/>
          <w:szCs w:val="28"/>
        </w:rPr>
      </w:pPr>
      <w:r w:rsidRPr="00511284">
        <w:rPr>
          <w:sz w:val="28"/>
          <w:szCs w:val="28"/>
        </w:rPr>
        <w:t>- Đư</w:t>
      </w:r>
      <w:r w:rsidRPr="00511284">
        <w:rPr>
          <w:sz w:val="28"/>
          <w:szCs w:val="28"/>
        </w:rPr>
        <w:t>ợ</w:t>
      </w:r>
      <w:r w:rsidRPr="00511284">
        <w:rPr>
          <w:sz w:val="28"/>
          <w:szCs w:val="28"/>
        </w:rPr>
        <w:t>c l</w:t>
      </w:r>
      <w:r w:rsidRPr="00511284">
        <w:rPr>
          <w:sz w:val="28"/>
          <w:szCs w:val="28"/>
        </w:rPr>
        <w:t>ậ</w:t>
      </w:r>
      <w:r w:rsidRPr="00511284">
        <w:rPr>
          <w:sz w:val="28"/>
          <w:szCs w:val="28"/>
        </w:rPr>
        <w:t>p thành 02 b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 có giá tr</w:t>
      </w:r>
      <w:r w:rsidRPr="00511284">
        <w:rPr>
          <w:sz w:val="28"/>
          <w:szCs w:val="28"/>
        </w:rPr>
        <w:t>ị</w:t>
      </w:r>
      <w:r w:rsidRPr="00511284">
        <w:rPr>
          <w:sz w:val="28"/>
          <w:szCs w:val="28"/>
        </w:rPr>
        <w:t xml:space="preserve"> pháp lý như nhau, m</w:t>
      </w:r>
      <w:r w:rsidRPr="00511284">
        <w:rPr>
          <w:sz w:val="28"/>
          <w:szCs w:val="28"/>
        </w:rPr>
        <w:t>ỗ</w:t>
      </w:r>
      <w:r w:rsidRPr="00511284">
        <w:rPr>
          <w:sz w:val="28"/>
          <w:szCs w:val="28"/>
        </w:rPr>
        <w:t>i bên gi</w:t>
      </w:r>
      <w:r w:rsidRPr="00511284">
        <w:rPr>
          <w:sz w:val="28"/>
          <w:szCs w:val="28"/>
        </w:rPr>
        <w:t>ữ</w:t>
      </w:r>
      <w:r w:rsidRPr="00511284">
        <w:rPr>
          <w:sz w:val="28"/>
          <w:szCs w:val="28"/>
        </w:rPr>
        <w:t xml:space="preserve"> 01 b</w:t>
      </w:r>
      <w:r w:rsidRPr="00511284">
        <w:rPr>
          <w:sz w:val="28"/>
          <w:szCs w:val="28"/>
        </w:rPr>
        <w:t>ả</w:t>
      </w:r>
      <w:r w:rsidRPr="00511284">
        <w:rPr>
          <w:sz w:val="28"/>
          <w:szCs w:val="28"/>
        </w:rPr>
        <w:t>n.</w:t>
      </w:r>
    </w:p>
    <w:p w:rsidR="00AD2621" w:rsidRPr="00511284" w:rsidRDefault="00511284">
      <w:pPr>
        <w:rPr>
          <w:b/>
          <w:sz w:val="28"/>
          <w:szCs w:val="28"/>
        </w:rPr>
      </w:pPr>
      <w:r w:rsidRPr="00511284">
        <w:rPr>
          <w:b/>
          <w:sz w:val="28"/>
          <w:szCs w:val="28"/>
        </w:rPr>
        <w:br/>
        <w:t>Đ</w:t>
      </w:r>
      <w:r w:rsidRPr="00511284">
        <w:rPr>
          <w:b/>
          <w:sz w:val="28"/>
          <w:szCs w:val="28"/>
        </w:rPr>
        <w:t>Ạ</w:t>
      </w:r>
      <w:r w:rsidRPr="00511284">
        <w:rPr>
          <w:b/>
          <w:sz w:val="28"/>
          <w:szCs w:val="28"/>
        </w:rPr>
        <w:t>I DI</w:t>
      </w:r>
      <w:r w:rsidRPr="00511284">
        <w:rPr>
          <w:b/>
          <w:sz w:val="28"/>
          <w:szCs w:val="28"/>
        </w:rPr>
        <w:t>Ệ</w:t>
      </w:r>
      <w:r w:rsidRPr="00511284">
        <w:rPr>
          <w:b/>
          <w:sz w:val="28"/>
          <w:szCs w:val="28"/>
        </w:rPr>
        <w:t>N BÊN A</w:t>
      </w:r>
      <w:r w:rsidRPr="00511284">
        <w:rPr>
          <w:b/>
          <w:sz w:val="28"/>
          <w:szCs w:val="28"/>
        </w:rPr>
        <w:tab/>
      </w:r>
      <w:r w:rsidRPr="00511284">
        <w:rPr>
          <w:b/>
          <w:sz w:val="28"/>
          <w:szCs w:val="28"/>
        </w:rPr>
        <w:tab/>
      </w:r>
      <w:r w:rsidRPr="00511284">
        <w:rPr>
          <w:b/>
          <w:sz w:val="28"/>
          <w:szCs w:val="28"/>
        </w:rPr>
        <w:tab/>
      </w:r>
      <w:r w:rsidRPr="00511284">
        <w:rPr>
          <w:b/>
          <w:sz w:val="28"/>
          <w:szCs w:val="28"/>
        </w:rPr>
        <w:tab/>
        <w:t>Đ</w:t>
      </w:r>
      <w:r w:rsidRPr="00511284">
        <w:rPr>
          <w:b/>
          <w:sz w:val="28"/>
          <w:szCs w:val="28"/>
        </w:rPr>
        <w:t>Ạ</w:t>
      </w:r>
      <w:r w:rsidRPr="00511284">
        <w:rPr>
          <w:b/>
          <w:sz w:val="28"/>
          <w:szCs w:val="28"/>
        </w:rPr>
        <w:t>I DI</w:t>
      </w:r>
      <w:r w:rsidRPr="00511284">
        <w:rPr>
          <w:b/>
          <w:sz w:val="28"/>
          <w:szCs w:val="28"/>
        </w:rPr>
        <w:t>Ệ</w:t>
      </w:r>
      <w:r w:rsidRPr="00511284">
        <w:rPr>
          <w:b/>
          <w:sz w:val="28"/>
          <w:szCs w:val="28"/>
        </w:rPr>
        <w:t>N BÊN B</w:t>
      </w:r>
    </w:p>
    <w:p w:rsidR="00AD2621" w:rsidRPr="00511284" w:rsidRDefault="00511284">
      <w:pPr>
        <w:rPr>
          <w:b/>
          <w:sz w:val="28"/>
          <w:szCs w:val="28"/>
        </w:rPr>
      </w:pPr>
      <w:r w:rsidRPr="00511284">
        <w:rPr>
          <w:b/>
          <w:sz w:val="28"/>
          <w:szCs w:val="28"/>
        </w:rPr>
        <w:t>(Ký và ghi rõ h</w:t>
      </w:r>
      <w:r w:rsidRPr="00511284">
        <w:rPr>
          <w:b/>
          <w:sz w:val="28"/>
          <w:szCs w:val="28"/>
        </w:rPr>
        <w:t>ọ</w:t>
      </w:r>
      <w:r w:rsidRPr="00511284">
        <w:rPr>
          <w:b/>
          <w:sz w:val="28"/>
          <w:szCs w:val="28"/>
        </w:rPr>
        <w:t xml:space="preserve"> tên)</w:t>
      </w:r>
      <w:r w:rsidRPr="00511284">
        <w:rPr>
          <w:b/>
          <w:sz w:val="28"/>
          <w:szCs w:val="28"/>
        </w:rPr>
        <w:tab/>
      </w:r>
      <w:r w:rsidRPr="00511284">
        <w:rPr>
          <w:b/>
          <w:sz w:val="28"/>
          <w:szCs w:val="28"/>
        </w:rPr>
        <w:tab/>
      </w:r>
      <w:r w:rsidRPr="00511284">
        <w:rPr>
          <w:b/>
          <w:sz w:val="28"/>
          <w:szCs w:val="28"/>
        </w:rPr>
        <w:tab/>
        <w:t>(Ký và ghi rõ</w:t>
      </w:r>
      <w:r w:rsidRPr="00511284">
        <w:rPr>
          <w:b/>
          <w:sz w:val="28"/>
          <w:szCs w:val="28"/>
        </w:rPr>
        <w:t xml:space="preserve"> h</w:t>
      </w:r>
      <w:r w:rsidRPr="00511284">
        <w:rPr>
          <w:b/>
          <w:sz w:val="28"/>
          <w:szCs w:val="28"/>
        </w:rPr>
        <w:t>ọ</w:t>
      </w:r>
      <w:r w:rsidRPr="00511284">
        <w:rPr>
          <w:b/>
          <w:sz w:val="28"/>
          <w:szCs w:val="28"/>
        </w:rPr>
        <w:t xml:space="preserve"> tên)</w:t>
      </w:r>
    </w:p>
    <w:sectPr w:rsidR="00AD2621" w:rsidRPr="005112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1284"/>
    <w:rsid w:val="00AA1D8D"/>
    <w:rsid w:val="00AD262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B6594FC-A23F-49CE-9EB2-6E73971F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FDDF06-0F27-4324-B5E6-9F523B5B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2025-05-06T02:44:00Z</dcterms:created>
  <dcterms:modified xsi:type="dcterms:W3CDTF">2025-05-06T02:44:00Z</dcterms:modified>
  <cp:category/>
</cp:coreProperties>
</file>